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个人季度工作总结范文（通用版，可直接套用）</w:t>
      </w:r>
    </w:p>
    <w:p/>
    <w:p>
      <w:r>
        <w:t>时光飞逝，转眼间第三季度已经结束。在这三个月里，我在领导和同事的关心帮助下，紧紧围绕部门工作目标，认真履行岗位职责，较好地完成了各项工作任务。现将本季度的工作情况总结如下：</w:t>
      </w:r>
    </w:p>
    <w:p>
      <w:r>
        <w:t>一、主要工作完成情况。本季度我主要负责部门日常业务处理、数据汇总和相关协调工作。一是保质保量完成了日常业务，累计处理各类业务事项XXX件，做到了件件有着落、事事有回音；二是按时完成月度、季度数据汇总报表，为领导决策提供了数据支持；三是积极配合其他部门完成了XX专项工作，在时间紧、任务重的情况下加班加点，确保了项目按期交付。</w:t>
      </w:r>
    </w:p>
    <w:p>
      <w:r>
        <w:t>二、学习和能力提升情况。本季度我积极参加单位组织的各类培训和学习，系统学习了XX业务知识和相关法律法规，进一步提升了业务能力和综合素质。同时，我利用业余时间自学了XX技能，并将其运用到实际工作中，提高了工作效率。</w:t>
      </w:r>
    </w:p>
    <w:p>
      <w:r>
        <w:t>三、工作中存在的不足。一是工作经验还不够丰富，处理复杂问题有时不够果断；二是创新意识有待加强，工作方法还比较传统；三是沟通协调能力还需要进一步提升，跨部门协作时偶尔存在信息传递不及时的情况。</w:t>
      </w:r>
    </w:p>
    <w:p>
      <w:r>
        <w:t>四、下季度工作计划。一是继续做好本职工作，提高工作质量和效率；二是加强业务学习，尽快补齐能力短板；三是主动思考，创新工作方法，争取在XX方面取得新突破；四是加强与同事的沟通协作，营造良好的工作氛围。</w:t>
      </w:r>
    </w:p>
    <w:p>
      <w:r>
        <w:t>在新的一季度里，我将以更加饱满的热情投入到工作中，虚心向领导和同事学习，努力克服不足，争取各项工作再上新台阶，为单位的发展贡献自己的一份力量。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