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工作培训心得体会范文（通用）</w:t>
      </w:r>
    </w:p>
    <w:p/>
    <w:p>
      <w:r>
        <w:t>近期，我参加了单位组织的XX业务培训，通过几天紧张而充实的学习，我收获颇丰、感悟良多。现将培训学习心得总结如下：</w:t>
      </w:r>
    </w:p>
    <w:p>
      <w:r>
        <w:t>这次培训虽然时间不长，但内容丰富、针对性强，既有理论讲授，又有案例分析，还有互动研讨，形式多样、实用性强。各位授课老师水平高、经验丰富，讲授深入浅出，让我受益匪浅。</w:t>
      </w:r>
    </w:p>
    <w:p>
      <w:r>
        <w:t>一、对XX业务有了更系统的认识。通过培训，我系统学习了XX方面的理论知识，了解了XX工作的新形势新要求。以前我对XX工作只有零散的了解，通过这次培训，我对整个业务链条有了完整清晰的认识，知道了每一个环节的关键点和风险点。</w:t>
      </w:r>
    </w:p>
    <w:p>
      <w:r>
        <w:t>二、学到了实用的工作方法和技巧。培训中讲授的XX方法让我印象深刻：一是XX；二是XX；三是XX。这些方法贴近实际、操作性强，我将在今后的工作中积极运用。特别是XX案例的剖析，让我认识到工作中XX问题的重要性，今后要重点防范。</w:t>
      </w:r>
    </w:p>
    <w:p>
      <w:r>
        <w:t>三、增强了做好本职工作的信心。通过与其他单位（同事）的交流，我看到了自身的差距和不足，也学到了很多好经验好做法。我认识到，只有不断学习、与时俱进，才能适应形势发展的需要。</w:t>
      </w:r>
    </w:p>
    <w:p>
      <w:r>
        <w:t>下一步，我将把培训所学与本职工作紧密结合：一是梳理消化培训内容，形成学习笔记；二是对照培训要求查找差距，制定改进措施；三是学以致用，把学到的知识方法运用到实际工作中，努力提升工作水平。</w:t>
      </w:r>
    </w:p>
    <w:p>
      <w:r>
        <w:t>总之，这次培训既是一次知识充电，更是一次思想洗礼。我将以此次培训为契机，不断加强学习、提升本领，以更加昂扬的姿态投入到工作中去。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