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工作汇报PPT制作要点与内容模板（职场通用）</w:t>
      </w:r>
    </w:p>
    <w:p/>
    <w:p>
      <w:r>
        <w:t>工作汇报PPT制作要点与内容模板</w:t>
      </w:r>
    </w:p>
    <w:p>
      <w:r>
        <w:t>一、PPT的本质。工作汇报PPT不是把Word复制粘贴到幻灯片上，而是把信息“结构化、可视化、口语化”地呈现出来。好的汇报PPT标准：领导10分钟能看完，30秒能抓住重点。</w:t>
      </w:r>
    </w:p>
    <w:p>
      <w:r>
        <w:t>二、标准结构（通用汇报模板）。（一）封面页：标题（一句话概括本次汇报主题）+汇报人+日期。（二）目录页：本次汇报的3-5个板块，如：工作概况、重点成果、存在问题、下一步计划。（三）工作概况页：用3-5句话+2-3个关键数字概括整体情况。（四）重点成果页（核心页）：每页讲1件事，结构为“背景-做法-成果-数据”，用数据图表支撑。（五）存在问题页：问题+原因+影响，每个问题控制在3行以内。（六）下一步计划页：目标-措施-时间节点-责任人。（七）结束页：感谢+“请领导批评指正”。</w:t>
      </w:r>
    </w:p>
    <w:p>
      <w:r>
        <w:t>三、内容组织原则。（一）金字塔原理：结论先行，重要信息放最前面；（二）每页一个主题：一页讲不清就拆成两页；（三）能用图表不用文字：数字、对比、趋势用图表表达；（四）留白原则：每页文字不超过6行，字号不小于18pt。</w:t>
      </w:r>
    </w:p>
    <w:p>
      <w:r>
        <w:t>四、版面设计要点。（一）统一模板：使用统一的配色、字体、版式，主色不超过3种；（二）标题醒目：每页标题就是该页结论；（三）图文并茂：配图、图标辅助理解，避免纯文字页；（四）动画克制：汇报PPT尽量少用花哨动画，用简单的出现/淡入即可。</w:t>
      </w:r>
    </w:p>
    <w:p>
      <w:r>
        <w:t>五、汇报技巧。（一）控制时间：每页约1分钟，总页数=汇报分钟数；（二）讲重点：详略得当，领导关心的重点详细讲；（三）用数据说话：有数据的地方一定是亮点；（四）准备备用页：可能被问到的细节做成备用页，藏在最后。</w:t>
      </w:r>
    </w:p>
    <w:p>
      <w:r>
        <w:t>六、常用配色方案建议。（一）商务蓝：深蓝#1F4E79+浅蓝#D6E4F0+白；（二）稳重灰：深灰#404040+浅灰#F2F2F2+点缀蓝；（三）政务红金：中国红#C00000+金#FFD700+白；（四）清新绿：深绿#2E7D32+浅绿#E8F5E9+白。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