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市场调研报告范文（含数据分析框架）</w:t>
      </w:r>
    </w:p>
    <w:p/>
    <w:p>
      <w:r>
        <w:t>XX市场调研报告</w:t>
      </w:r>
    </w:p>
    <w:p>
      <w:r>
        <w:t>一、调研背景与目的。随着XX行业的快速发展，市场竞争日趋激烈。为深入了解XX市场的现状、消费者需求和竞争格局，为公司（单位）制定经营决策提供依据，特开展本次市场调研。</w:t>
      </w:r>
    </w:p>
    <w:p>
      <w:r>
        <w:t>二、调研方法与对象。（一）调研方法：问卷调查（线上+线下）、深度访谈、实地走访、二手资料分析。（二）调研对象：目标消费者、行业从业者、竞争对手门店（渠道）。（三）样本情况：本次共发放问卷____份，回收有效问卷____份，有效回收率____%；深度访谈____人；走访____个样本点。</w:t>
      </w:r>
    </w:p>
    <w:p>
      <w:r>
        <w:t>三、调研结果分析。（一）市场规模与趋势：近年来XX市场规模保持____%的年均增速，预计未来X年将达到____亿元，增长的主要驱动力是____。（二）消费者特征：受访者中，____%为____年龄段，____%月消费金额在____元区间；消费者最关注的三个因素是价格（____%）、品质（____%）、服务（____%）。（三）竞争格局：当前市场主要参与者包括A公司（市场份额____%）、B公司（____%）、C公司（____%）；本品牌目前市场份额为____%，位居第____位。（四）消费者满意度：对现有产品和服务的综合满意度评分为____分（满分10分），主要不满集中在____、____两方面。</w:t>
      </w:r>
    </w:p>
    <w:p>
      <w:r>
        <w:t>四、存在的问题。（一）产品同质化严重，缺乏差异化卖点；（二）价格竞争激烈，利润空间收窄；（三）渠道布局不均衡，下沉市场覆盖不足；（四）品牌认知度有待提升。</w:t>
      </w:r>
    </w:p>
    <w:p>
      <w:r>
        <w:t>五、建议与对策。（一）产品策略：聚焦____细分市场，打造差异化产品线；（二）价格策略：实施分层定价，兼顾走量和利润；（三）渠道策略：加快下沉市场布局，拓展线上渠道；（四）品牌策略：加大____方面投入，提升品牌影响力；（五）服务策略：优化售后服务体系，提高客户满意度。</w:t>
      </w:r>
    </w:p>
    <w:p>
      <w:r>
        <w:t>六、结论。总体来看，XX市场机遇与挑战并存。建议公司在巩固现有优势的基础上，重点在____方向发力，抢占市场先机。</w:t>
      </w:r>
    </w:p>
    <w:p>
      <w:r>
        <w:t>报告撰写：XXX   日期：2026年X月X日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