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年度工作总结范文（含数据模板，领导看了都说好）</w:t>
      </w:r>
    </w:p>
    <w:p/>
    <w:p>
      <w:r>
        <w:t>2026年即将结束，回顾这一年的工作，在单位领导的正确指导下，在同事们的支持配合下，我认真履行岗位职责，勤奋工作，较好地完成了年度各项工作任务。现将全年工作总结如下：</w:t>
      </w:r>
    </w:p>
    <w:p>
      <w:r>
        <w:t>一、全年工作总体情况。一年来，我始终以认真负责的态度对待每一项工作，全年共完成XX类业务XX件，办理XX事项XX项，组织XX活动XX次，撰写各类材料XX篇。各项业务指标均达到或超过年初制定的目标。</w:t>
      </w:r>
    </w:p>
    <w:p>
      <w:r>
        <w:t>二、重点工作亮点。一是XX重点项目：全年投入主要精力推进XX项目，从前期调研、方案制定到组织实施、总结评估全程参与，项目于X月顺利收官，取得了良好成效；二是XX专项工作：配合上级部门完成了XX专项检查（整治）工作，梳理整改问题XX项，得到了检查组的好评；三是日常基础工作：坚持高标准严要求，确保各项工作零差错、零投诉。</w:t>
      </w:r>
    </w:p>
    <w:p>
      <w:r>
        <w:t>三、能力提升与学习。全年参加各类培训XX次，取得XX证书，学习掌握XX新技能。通过学习和实践，我的业务能力、文字能力和统筹协调能力都有了明显提升。</w:t>
      </w:r>
    </w:p>
    <w:p>
      <w:r>
        <w:t>四、存在不足与改进方向。一是工作创新不足，满足于完成常规任务；二是对XX领域的研究还不够深入；三是时间管理能力有待提高，有时存在工作拖延现象。针对以上不足，下一年我将重点从XX三个方面加以改进。</w:t>
      </w:r>
    </w:p>
    <w:p>
      <w:r>
        <w:t>五、明年工作计划。一是围绕单位中心工作，聚焦XX重点任务；二是加强学习培训，提升XX专业能力；三是优化工作流程，提高工作效率；四是主动担当，在XX领域实现突破。</w:t>
      </w:r>
    </w:p>
    <w:p>
      <w:r>
        <w:t>新的一年，我将继续保持踏实肯干的工作作风，以更高标准要求自己，努力为单位发展做出更大贡献。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