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求职简历范文（应届毕业生通用版）</w:t>
      </w:r>
    </w:p>
    <w:p/>
    <w:p>
      <w:r>
        <w:t>个人简历</w:t>
      </w:r>
    </w:p>
    <w:p>
      <w:r>
        <w:t>一、基本信息。姓名：XXX；性别：X；出生年月：XXXX年X月；籍贯：XX省XX市；政治面貌：中共党员（共青团员）；学历：本科（硕士）；专业：XXXX；联系电话：XXXXXXXXXXX；电子邮箱：XXXX@XX.com。</w:t>
      </w:r>
    </w:p>
    <w:p>
      <w:r>
        <w:t>二、求职意向。目标岗位：XX岗位（可填写1-2个相关岗位）；期望薪资：面议；工作地点：XX。</w:t>
      </w:r>
    </w:p>
    <w:p>
      <w:r>
        <w:t>三、教育背景。XXXX年X月至XXXX年X月，就读于XX大学XX学院XX专业，主修课程：XX、XX、XX。在校期间，学习成绩优良，多次获得奖学金，毕业论文题目为《XX》。</w:t>
      </w:r>
    </w:p>
    <w:p>
      <w:r>
        <w:t>四、实习经历。XXXX年X月至XXXX年X月，在XX公司XX部门实习，主要工作：一是协助完成XX；二是参与XX项目，负责XX；三是完成XX报告撰写。通过实习，熟悉了XX工作流程，提升了XX能力。</w:t>
      </w:r>
    </w:p>
    <w:p>
      <w:r>
        <w:t>五、校园经历。在校期间担任XX职务，组织策划了XX活动，参与XX项目，获得了XX成绩。通过这些经历，锻炼了组织协调能力、沟通表达能力和团队协作能力。</w:t>
      </w:r>
    </w:p>
    <w:p>
      <w:r>
        <w:t>六、技能证书。通过大学英语四级/六级考试（XX分）；取得XX证书；熟练使用Office办公软件，掌握XX软件操作；普通话二级甲等。</w:t>
      </w:r>
    </w:p>
    <w:p>
      <w:r>
        <w:t>七、自我评价。本人性格踏实稳重，做事认真负责，具有较强的学习能力和抗压能力。对XX领域有浓厚兴趣，愿意从基层做起，与公司共同成长。</w:t>
      </w:r>
    </w:p>
    <w:p>
      <w:r>
        <w:t>八、获奖情况。XX学年获XX奖学金；XX年获得XX比赛XX奖；XX年被评为XX。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