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房屋租赁合同模板（标准版）</w:t>
      </w:r>
    </w:p>
    <w:p/>
    <w:p>
      <w:r>
        <w:t>房屋租赁合同</w:t>
      </w:r>
    </w:p>
    <w:p>
      <w:r>
        <w:t>出租方（甲方）：________ 身份证号：____________________ 联系电话：____________</w:t>
      </w:r>
    </w:p>
    <w:p>
      <w:r>
        <w:t>承租方（乙方）：________ 身份证号：____________________ 联系电话：____________</w:t>
      </w:r>
    </w:p>
    <w:p>
      <w:r>
        <w:t>根据《中华人民共和国民法典》及相关法律法规的规定，甲、乙双方在平等、自愿、公平、诚实信用的基础上，就房屋租赁事宜协商一致，订立本合同。</w:t>
      </w:r>
    </w:p>
    <w:p>
      <w:r>
        <w:t>第一条 房屋基本情况。甲方将位于________市________区________路________号________室的房屋出租给乙方使用，房屋建筑面积________平方米，房屋用途为________。</w:t>
      </w:r>
    </w:p>
    <w:p>
      <w:r>
        <w:t>第二条 租赁期限。租赁期自________年____月____日起至________年____月____日止，共计________个月。租赁期满，乙方如需续租，应在租赁期届满前____日书面通知甲方，在同等条件下乙方享有优先承租权。</w:t>
      </w:r>
    </w:p>
    <w:p>
      <w:r>
        <w:t>第三条 租金及支付方式。月租金为人民币________元（大写：________元整）。租金按____（月/季/年）支付，乙方应于每____（月/季/年）____日前向甲方支付当期租金。乙方逾期支付的，每逾期一日，需按应付租金的____%向甲方支付违约金。</w:t>
      </w:r>
    </w:p>
    <w:p>
      <w:r>
        <w:t>第四条 押金。乙方于签订本合同时向甲方支付押金人民币________元。租赁期满或合同解除后，乙方无违约行为且房屋及设施无损坏的，甲方应在____日内将押金无息退还乙方。</w:t>
      </w:r>
    </w:p>
    <w:p>
      <w:r>
        <w:t>第五条 费用承担。租赁期间，水费、电费、燃气费、网络费、物业管理费等相关费用由____方承担。乙方应按时缴纳，不得拖欠。</w:t>
      </w:r>
    </w:p>
    <w:p>
      <w:r>
        <w:t>第六条 房屋使用与维护。乙方应合理使用房屋及其附属设施，不得擅自改变房屋结构，不得擅自转租、转借。因乙方使用不当造成房屋及设施损坏的，由乙方负责维修或赔偿。房屋主体结构和非因乙方原因造成的自然损耗，由甲方负责维修。</w:t>
      </w:r>
    </w:p>
    <w:p>
      <w:r>
        <w:t>第七条 合同解除。有下列情形之一的，本合同终止：（一）租赁期满；（二）双方协商一致解除；（三）因不可抗力致使合同无法履行；（四）乙方擅自转租、改变房屋用途或拖欠租金超过____日的，甲方有权解除合同；（五）甲方无正当理由擅自收回房屋的，乙方有权解除合同，甲方应双倍返还押金并赔偿乙方损失。</w:t>
      </w:r>
    </w:p>
    <w:p>
      <w:r>
        <w:t>第八条 违约责任。任何一方违约的，应承担违约责任。甲方未按约定交付房屋的，每逾期一日按月租金的____%向乙方支付违约金；乙方未按约定支付租金的，每逾期一日按月租金的____%向甲方支付违约金。</w:t>
      </w:r>
    </w:p>
    <w:p>
      <w:r>
        <w:t>第九条 争议解决。本合同在履行过程中发生争议的，双方应协商解决；协商不成的，可依法向房屋所在地人民法院提起诉讼。</w:t>
      </w:r>
    </w:p>
    <w:p>
      <w:r>
        <w:t>第十条 其他约定。____________________。本合同一式____份，甲乙双方各执____份，自双方签字（盖章）之日起生效。</w:t>
      </w:r>
    </w:p>
    <w:p>
      <w:r>
        <w:t>甲方（签字）：________    乙方（签字）：________</w:t>
      </w:r>
    </w:p>
    <w:p>
      <w:r>
        <w:t>签订日期：____年____月____日    签订日期：____年____月____日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