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教师资格证面试备考资料（结构化问答+试讲要点）</w:t>
      </w:r>
    </w:p>
    <w:p/>
    <w:p>
      <w:r>
        <w:t>教师资格证面试备考资料</w:t>
      </w:r>
    </w:p>
    <w:p>
      <w:r>
        <w:t>一、面试流程。教师资格证面试分为三个环节：结构化问答（5分钟，2道题）、试讲（10分钟）、答辩（5分钟）。整体流程为：候考—抽题—备课（20分钟）—结构化问答—试讲—答辩—离场。</w:t>
      </w:r>
    </w:p>
    <w:p>
      <w:r>
        <w:t>二、结构化问答高频题型及答题思路。（一）职业认知类：如“你为什么想当老师？”答题思路：从个人志向、专业背景、教育情怀三方面作答；（二）应急应变类：如“上课时学生突然晕倒怎么办？”答题思路：先处理现场（稳定秩序、救助学生），再汇报沟通，最后反思预防；（三）人际处理类：如“家长投诉你怎么办？”答题思路：端正态度、倾听诉求、沟通解决、持续跟进；（四）综合分析类：如“谈谈你对‘双减’政策的看法？”答题思路：政策背景、积极意义、落实举措、个人认识；（五）组织管理类：如“如何组织一次班会？”答题思路：前期准备、过程实施、总结提升。</w:t>
      </w:r>
    </w:p>
    <w:p>
      <w:r>
        <w:t>三、试讲要点。（一）导入环节：用故事、提问、情景等方式自然导入，1分钟以内；（二）新授环节：讲清知识重难点，注意与学生的互动（模拟提问、小组讨论）；（三）巩固练习：设计1-2道练习检验效果；（四）小结作业：简短总结+布置分层作业；（五）板书设计：字迹工整、结构清晰，体现知识脉络。</w:t>
      </w:r>
    </w:p>
    <w:p>
      <w:r>
        <w:t>四、答辩常见问题。（一）“这节课的教学目标是什么？”回答时要能说出知识与技能、过程与方法、情感态度价值观三维目标；（二）“重难点是什么，怎么突破？”回答要具体，说出方法；（三）“如果学生没听懂怎么办？”回答要体现以学生为本，设计补救措施。</w:t>
      </w:r>
    </w:p>
    <w:p>
      <w:r>
        <w:t>五、备考建议。（一）把历年结构化真题分类练习，每种题型至少练5道；（二）试讲要真练：录视频回放，纠正教态和语言；（三）熟悉所报学段的教材，至少准备3个重点课题的完整教案；（四）面试着装得体大方，教态自然亲切；（五）控制时间：结构化每题2分半左右，试讲8-9分钟为宜。</w:t>
      </w:r>
    </w:p>
    <w:p>
      <w:r>
        <w:t>祝各位考生面试顺利！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