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普通话水平测试备考资料（60篇朗读作品要点+易错字整理）</w:t>
      </w:r>
    </w:p>
    <w:p/>
    <w:p>
      <w:r>
        <w:t>普通话水平测试备考资料</w:t>
      </w:r>
    </w:p>
    <w:p>
      <w:r>
        <w:t>一、测试概况。普通话水平测试分为四个部分：读单音节字词（100个音节）、读多音节词语（100个音节）、朗读短文（400字）、命题说话（3分钟）。总分100分，二级甲等需87分以上，二级乙等需80分以上。</w:t>
      </w:r>
    </w:p>
    <w:p>
      <w:r>
        <w:t>二、常见易错字词（节选）。部分考生容易读错的字词：字（zhù）防、粗犷（guǎng）、氛（fēn）围、符（fú）合、给（gěi）予、号召（zhào）、角（jué）色、卡（qiǎ）壳、联袂（mèi）、麻痹（bì）、毛坯（pī）、内疚（jiù）、媲（pì）美、剽（piāo）窃、气馁（něi）、潜（qián）力、倾（qīng）斜、仍（réng）然、冗（rǒng）长、商埠（bù）、吮（shǔn）吸、塑（sù）造、窈（yǎo）窕、静谧（mì）、骨髓（suǐ）、档案（dàng）、订（dìng）正、嫉妒（jí dù）、发酵（jiào）、比较（jiào）。</w:t>
      </w:r>
    </w:p>
    <w:p>
      <w:r>
        <w:t>三、朗读短文应试要点。（一）语调自然流畅，不逐字念读；（二）注意轻声、儿化、变调的处理；（三）断句要符合语义，不破坏意群；（四）语速适中，每分钟200-240字为宜；（五）遇到生字尽量按形声字规则或常见读音读，不要停顿过久。</w:t>
      </w:r>
    </w:p>
    <w:p>
      <w:r>
        <w:t>四、命题说话应试要点。（一）说满3分钟，不要提前结束；（二）围绕题目展开，不离题；（三）用口语化表达，避免背稿痕迹；（四）尽量多用规范词汇，少用方言词；（五）保持连贯，即使说错也不要停下重来。</w:t>
      </w:r>
    </w:p>
    <w:p>
      <w:r>
        <w:t>五、备考建议。（一）每天跟读新闻联播15分钟，模仿播音员的发音和节奏；（二）用手机录音自查，发现发音问题重点纠正；（三）重点训练自己方言区易错的声母韵母；（四）考前至少完整模拟2次测试流程。</w:t>
      </w:r>
    </w:p>
    <w:p>
      <w:r>
        <w:t>祝各位考生顺利通过普通话水平测试！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