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爱岗敬业演讲稿范文（单位演讲比赛适用）</w:t>
      </w:r>
    </w:p>
    <w:p/>
    <w:p>
      <w:r>
        <w:t>尊敬的各位领导、各位同事：</w:t>
      </w:r>
    </w:p>
    <w:p>
      <w:r>
        <w:t>大家好！今天我演讲的题目是《立足平凡岗位，书写无悔人生》。</w:t>
      </w:r>
    </w:p>
    <w:p>
      <w:r>
        <w:t>在我们身边，有这样一群人：他们没有惊天动地的壮举，没有感人至深的事迹，只是日复一日、年复一年地坚守在自己的岗位上，把每一件小事做好，把每一项工作做实。他们，就是我们最可爱的同事们。</w:t>
      </w:r>
    </w:p>
    <w:p>
      <w:r>
        <w:t>爱岗敬业，说起来简单，做起来不易。什么是爱岗敬业？在我看来，爱岗，就是珍惜自己的工作岗位，热爱自己的本职工作；敬业，就是把工作当事业，把责任扛在肩上，把标准刻在心里。</w:t>
      </w:r>
    </w:p>
    <w:p>
      <w:r>
        <w:t>记得刚参加工作时，我也曾有过迷茫：这样的工作有意义吗？我的价值在哪里？但随着时间推移，我慢慢明白：岗位没有高低贵贱之分，只有是否用心之别。再普通的岗位，只要用心去做，都能做出不普通的成绩；再平凡的工作，只要坚持做好，都能成就不平凡的人生。</w:t>
      </w:r>
    </w:p>
    <w:p>
      <w:r>
        <w:t>在我们单位，就有许多这样的榜样：有的同事十几年如一日，把枯燥的数据工作做到零差错；有的同事面对急难险重任务，主动请缨、冲锋在前；有的同事默默奉献，从不计较个人得失。他们用行动诠释了爱岗敬业的真谛，也为我们树立了标杆。</w:t>
      </w:r>
    </w:p>
    <w:p>
      <w:r>
        <w:t>朋友们，青春是用来奋斗的，不是用来挥霍的。让我们立足本职岗位，从今天做起、从点滴做起，把满腔热情投入到工作中去，用实干书写无愧于时代的答卷，在平凡的岗位上绽放不平凡的光芒！</w:t>
      </w:r>
    </w:p>
    <w:p>
      <w:r>
        <w:t>我的演讲完毕，谢谢大家！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