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工作简历范文（社会人员求职版）</w:t>
      </w:r>
    </w:p>
    <w:p/>
    <w:p>
      <w:r>
        <w:t>个人简历（社会招聘版）</w:t>
      </w:r>
    </w:p>
    <w:p>
      <w:r>
        <w:t>一、基本信息。姓名：XXX；性别：X；出生年月：XXXX年X月；学历：XX；专业：XXXX；工作年限：X年；联系电话：XXXXXXXXXXX；电子邮箱：XXXX@XX.com。</w:t>
      </w:r>
    </w:p>
    <w:p>
      <w:r>
        <w:t>二、求职意向。目标岗位：XX（如：销售主管、项目经理等）；期望薪资：XX-XX元/月；到岗时间：随时（X周内）。</w:t>
      </w:r>
    </w:p>
    <w:p>
      <w:r>
        <w:t>三、工作经历。XXXX年X月至XXXX年X月，XX公司，担任XX岗位。主要职责与业绩：（一）负责XX业务，年销售额XX万元，同比增长XX%；（二）管理XX人团队，统筹XX项目X个，项目按期交付率100%；（三）优化XX流程，效率提升XX%。离职原因：寻求更大的发展平台。</w:t>
      </w:r>
    </w:p>
    <w:p>
      <w:r>
        <w:t>XXXX年X月至XXXX年X月，XX公司，担任XX岗位。主要职责与业绩：（一）负责XX；实现XX成果；（二）参与XX项目，担任XX角色，项目获得XX成果。离职原因：XX。</w:t>
      </w:r>
    </w:p>
    <w:p>
      <w:r>
        <w:t>四、项目经验。项目一：XX项目（XXXX年X月-XXXX年X月）。项目描述：XX。担任角色：项目经理。主要贡献：（1）XX；（2）XX。项目成果：XX。项目二：XX项目，担任XX，负责XX，实现XX。</w:t>
      </w:r>
    </w:p>
    <w:p>
      <w:r>
        <w:t>五、教育背景。XXXX年X月至XXXX年X月，XX大学XX专业，XX学历。</w:t>
      </w:r>
    </w:p>
    <w:p>
      <w:r>
        <w:t>六、专业技能。熟悉XX行业流程和法规；掌握XX工具；具备XX证书（职称）；具备XX能力。</w:t>
      </w:r>
    </w:p>
    <w:p>
      <w:r>
        <w:t>七、自我评价。本人具有X年XX行业从业经验，熟悉XX业务流程，具备较强的市场开拓能力（技术能力/管理能力）。工作认真负责，结果导向，抗压能力强，能快速适应新环境，愿与公司共同发展。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