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青春奋斗演讲稿范文（青年员工/学生适用）</w:t>
      </w:r>
    </w:p>
    <w:p/>
    <w:p>
      <w:r>
        <w:t>尊敬的各位评委、各位朋友：</w:t>
      </w:r>
    </w:p>
    <w:p>
      <w:r>
        <w:t>大家好！今天我演讲的题目是《以青春之名，赴奋斗之约》。</w:t>
      </w:r>
    </w:p>
    <w:p>
      <w:r>
        <w:t>青春是什么？有人说，青春是一本太仓促的书；有人说，青春是一场说走就走的旅行。而我认为，青春更是一段奋斗的旅程，是我们一生中最宝贵的时光。</w:t>
      </w:r>
    </w:p>
    <w:p>
      <w:r>
        <w:t>最近我一直在思考一个问题：我们这一代年轻人，赶上了最好的时代——国家繁荣昌盛，社会公平开放，机会俯拾皆是。但机会从来不会自己找上门，青春也从来不会因为“年轻”就自动发光。真正让青春发光的，是奋斗。</w:t>
      </w:r>
    </w:p>
    <w:p>
      <w:r>
        <w:t>奋斗，不是喊口号，而是实实在在的行动。它可能是凌晨三点实验室里的一盏灯，可能是风雨无阻跑业务的一双脚，可能是为攻克一个技术难题熬红的双眼，也可能是无数个平凡日子里，把每一件小事做到极致的坚持。</w:t>
      </w:r>
    </w:p>
    <w:p>
      <w:r>
        <w:t>我也曾经历过迷茫和低谷，觉得努力看不到回报，怀疑自己的选择。但后来我想明白了：奋斗的意义不在于立竿见影，而在于积蓄力量。你读过的每一本书、走过的每一段路、流下的每一滴汗，都不会辜负你。</w:t>
      </w:r>
    </w:p>
    <w:p>
      <w:r>
        <w:t>朋友们，青春正好，奋斗当时。让我们不驰于空想、不骛于虚声，脚踏实地，一步一个脚印，在奋斗中释放青春激情，在拼搏中实现人生价值，用青春和汗水书写无愧于自己、无愧于时代的华彩篇章！</w:t>
      </w:r>
    </w:p>
    <w:p>
      <w:r>
        <w:t>我的演讲完毕，谢谢大家！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