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车间班组长竞聘上岗演讲稿</w:t>
      </w:r>
    </w:p>
    <w:p>
      <w:r>
        <w:rPr>
          <w:sz w:val="22"/>
        </w:rPr>
        <w:t>尊敬的各位领导、各位评委、同事们：</w:t>
      </w:r>
    </w:p>
    <w:p>
      <w:r>
        <w:rPr>
          <w:sz w:val="22"/>
        </w:rPr>
        <w:t>大家好！</w:t>
      </w:r>
    </w:p>
    <w:p>
      <w:r>
        <w:rPr>
          <w:sz w:val="22"/>
        </w:rPr>
        <w:t>今天，我怀着十分激动的心情站在这里，参加车间班组长岗位的竞聘。首先感谢公司给我们搭建了这样一个公平竞争、展示自我的平台，也感谢各位领导和同事长期以来对我的关心、帮助和支持。下面，我将从个人经历、竞聘优势、工作思路三个方面向大家作汇报，恳请各位批评指正。</w:t>
      </w:r>
    </w:p>
    <w:p>
      <w:pPr>
        <w:pStyle w:val="Heading1"/>
      </w:pPr>
      <w:r>
        <w:t>一、个人基本情况</w:t>
      </w:r>
    </w:p>
    <w:p>
      <w:r>
        <w:rPr>
          <w:sz w:val="22"/>
        </w:rPr>
        <w:t>我叫XXX，今年32岁，2018年进入本公司工作，至今已有8个年头。8年来，我一直在生产一线摸爬滚打，从最初的普通操作工，到熟练掌握车、铣、磨等多道工序的多面手，再到现在的工序主操手，我把人生最美好的青春年华都奉献在了车间这片热土上。</w:t>
      </w:r>
    </w:p>
    <w:p>
      <w:r>
        <w:rPr>
          <w:sz w:val="22"/>
        </w:rPr>
        <w:t>8年来，我先后参与了公司多条生产线的安装调试和量产爬坡工作，经历了车间从手工操作到半自动化、再到现在全自动化产线的升级全过程。我熟悉车间每一台设备的性能脾气，了解每一道工序的关键控制点，也深知一线工人的酸甜苦辣。可以说，车间就是我的第二个家。</w:t>
      </w:r>
    </w:p>
    <w:p>
      <w:pPr>
        <w:pStyle w:val="Heading1"/>
      </w:pPr>
      <w:r>
        <w:t>二、竞聘班组长的优势</w:t>
      </w:r>
    </w:p>
    <w:p>
      <w:r>
        <w:rPr>
          <w:sz w:val="22"/>
        </w:rPr>
        <w:t>之所以敢于站在这里竞聘班组长岗位，我认为自己有以下三个方面的优势：</w:t>
      </w:r>
    </w:p>
    <w:p>
      <w:r>
        <w:rPr>
          <w:sz w:val="22"/>
        </w:rPr>
        <w:t>第一，技术过硬，业务精通。我连续5年被评为车间技术能手，在2024年公司组织的技能比武中获得数控加工组第一名。日常工作中，无论是设备的常规保养，还是常见故障的排查处理，我都能快速上手、独立解决。去年车间引进新设备，我是第一批通过厂家培训认证的操作工人，还配合技术部编写了新设备的操作规程和保养手册。</w:t>
      </w:r>
    </w:p>
    <w:p>
      <w:r>
        <w:rPr>
          <w:sz w:val="22"/>
        </w:rPr>
        <w:t>第二，善于沟通，团结同事。班组长上要对接车间主任和各职能部门，下要带领班组十几号人干活，沟通协调能力至关重要。在日常工作中，我和班组的每一位同事都建立了良好的工作关系。遇到新同事入职，我主动帮带教；遇到同事家里有困难，我热心帮忙；遇到班组之间有矛盾，我主动调解。大家都愿意跟我搭班干活。</w:t>
      </w:r>
    </w:p>
    <w:p>
      <w:r>
        <w:rPr>
          <w:sz w:val="22"/>
        </w:rPr>
        <w:t>第三，责任心强，敢抓敢管。我这个人最大的特点就是认死理、讲规矩。凡是规章制度明确要求的，我一定带头执行；凡是安全生产规定禁止的，我坚决不碰红线。在我负责的工序，连续3年没有发生过一起质量事故和安全事故。我认为，班组长就是班组的火车头，自己站得正、行得直，说话才有底气，管理才有威信。</w:t>
      </w:r>
    </w:p>
    <w:p>
      <w:pPr>
        <w:pStyle w:val="Heading1"/>
      </w:pPr>
      <w:r>
        <w:t>三、如果竞聘成功后的工作思路</w:t>
      </w:r>
    </w:p>
    <w:p>
      <w:r>
        <w:rPr>
          <w:sz w:val="22"/>
        </w:rPr>
        <w:t>如果领导和同事们信任我，让我走上班组长岗位，我将重点从以下四个方面开展工作：</w:t>
      </w:r>
    </w:p>
    <w:p>
      <w:r>
        <w:rPr>
          <w:sz w:val="22"/>
        </w:rPr>
        <w:t>一是抓安全，守住底线。安全是生产的前提，没有安全一切都是零。我将严格落实班前会安全提醒制度，每天开班前用5分钟讲一个安全注意事项；每周组织一次班组安全自查，发现隐患立即整改；每月开展一次安全事故案例学习，用血淋淋的教训警醒大家。我给自己定的目标是：所带班组全年零安全事故。</w:t>
      </w:r>
    </w:p>
    <w:p>
      <w:r>
        <w:rPr>
          <w:sz w:val="22"/>
        </w:rPr>
        <w:t>二是抓质量，打造精品。质量是企业的生命线。我将严格执行首件检验、巡检、末件确认制度，绝不允许不合格品流入下道工序。同时，组织班组开展质量改进小组活动，鼓励大家针对操作中发现的问题提合理化建议，小改小革，持续优化。</w:t>
      </w:r>
    </w:p>
    <w:p>
      <w:r>
        <w:rPr>
          <w:sz w:val="22"/>
        </w:rPr>
        <w:t>三是抓效率，保质保量。我将根据每天的生产计划，合理安排班组人员分工，做到人尽其才、物尽其用。加强设备点检和保养，减少非计划停机时间。优化操作流程，减少不必要的动作浪费，向管理要效率、向细节要产量。</w:t>
      </w:r>
    </w:p>
    <w:p>
      <w:r>
        <w:rPr>
          <w:sz w:val="22"/>
        </w:rPr>
        <w:t>四是抓队伍，凝聚人心。我深知，班组就是一个小家庭，只有人心齐，才能泰山移。我将做到公平公正处理班组的每一件事，不偏不倚；关心关爱每一位班组成员，谁家有红白喜事主动到场；定期组织班组聚餐、团建活动，增强班组的凝聚力和归属感。</w:t>
      </w:r>
    </w:p>
    <w:p>
      <w:r>
        <w:rPr>
          <w:sz w:val="22"/>
        </w:rPr>
        <w:t>各位领导、各位评委！参加这次竞聘，无论结果如何，我都将以平常心对待。如果竞聘成功，我将恪尽职守、不辱使命；如果落选，说明我还有差距，我将继续努力，在平凡的岗位上做出不平凡的业绩。</w:t>
      </w:r>
    </w:p>
    <w:p>
      <w:r>
        <w:rPr>
          <w:sz w:val="22"/>
        </w:rPr>
        <w:t>我的演讲完毕，谢谢大家！</w:t>
      </w:r>
    </w:p>
    <w:p>
      <w:pPr>
        <w:pStyle w:val="Heading1"/>
      </w:pPr>
      <w:r>
        <w:t>四、个人工作实绩举例</w:t>
      </w:r>
    </w:p>
    <w:p>
      <w:r>
        <w:rPr>
          <w:sz w:val="22"/>
        </w:rPr>
        <w:t>说到这里，我想给大家报几个实打实的数据。2025年全年，我所在的工序完成总产量128万件，良品率99.2%，超计划完成任务8个百分点；全年提出合理化改进建议17条，其中被采纳实施11条，累计为车间节约成本约12万元；带教新工人6名，全部独立上岗，其中2人在季度技能比武中进入前三。</w:t>
      </w:r>
    </w:p>
    <w:p>
      <w:r>
        <w:rPr>
          <w:sz w:val="22"/>
        </w:rPr>
        <w:t>2026年上半年，我参与了车间精益生产改善项目，牵头对工位布局进行了重新优化，将单工位物料周转距离缩短了3米，按一天周转200次计算，半年下来累计减少无效行走距离约360公里。这个改善方案被车间推广到其他班组。这些数据不是我一个人的功劳，是班组全体同事一起干出来的，但从这些事可以看出，我是一个肯琢磨、能落地、会带队的人。</w:t>
      </w:r>
    </w:p>
    <w:p>
      <w:pPr>
        <w:pStyle w:val="Heading1"/>
      </w:pPr>
      <w:r>
        <w:t>五、对班组长岗位的理解</w:t>
      </w:r>
    </w:p>
    <w:p>
      <w:r>
        <w:rPr>
          <w:sz w:val="22"/>
        </w:rPr>
        <w:t>有人说，班组长就是兵头将尾。我认为这个定位非常准确。说他是兵头，因为班组长不脱离一线，和大家一起摸爬滚打、一起流汗出力；说他是将尾，因为班组长是连接车间和工人的桥梁，上面的指令要靠班组长传达落实，下面的诉求要靠班组长反映上传。</w:t>
      </w:r>
    </w:p>
    <w:p>
      <w:r>
        <w:rPr>
          <w:sz w:val="22"/>
        </w:rPr>
        <w:t>一个好的班组长，既要会干事，又要会带人；既要严管，又要厚爱。严管，就是在质量和安全问题上寸步不让；厚爱，就是在生活上真心实意关心每一位组员。只有把班组带成一个有战斗力、有凝聚力、有温度的集体，车间的各项任务才能真正落地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