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部门主管竞聘演讲稿范文</w:t>
      </w:r>
    </w:p>
    <w:p>
      <w:pPr>
        <w:pStyle w:val="Heading1"/>
      </w:pPr>
      <w:r>
        <w:t>一、开场白</w:t>
      </w:r>
    </w:p>
    <w:p>
      <w:r>
        <w:t>尊敬的各位领导、各位评委、同事们：大家好！</w:t>
      </w:r>
    </w:p>
    <w:p>
      <w:r>
        <w:t>首先感谢公司提供这样一个公平竞争、展示自我的平台。我叫×××，现任××岗位，今天我竞聘的职位是××部门主管。站在这里，我心情激动而又踏实——激动的是我敢于挑战自我，踏实的是我有多年一线工作积累作为底气。</w:t>
      </w:r>
    </w:p>
    <w:p>
      <w:pPr>
        <w:pStyle w:val="Heading2"/>
      </w:pPr>
      <w:r>
        <w:t>二、个人工作经历与优势</w:t>
      </w:r>
    </w:p>
    <w:p>
      <w:r>
        <w:t>参加工作以来，我一直在××领域深耕，先后从事过××、××等岗位，熟悉部门各项业务流程。我的优势主要体现在三个方面：</w:t>
      </w:r>
    </w:p>
    <w:p>
      <w:r>
        <w:t>第一，业务扎实。我连续×年绩效考核优秀，参与并主导了××重点项目，积累了较为丰富的实战经验，能够快速判断和解决工作中的问题。</w:t>
      </w:r>
    </w:p>
    <w:p>
      <w:r>
        <w:t>第二，善于协作。我性格开朗，沟通能力强，与上下游部门保持着良好的合作关系，曾多次牵头跨部门协作任务并顺利交付。</w:t>
      </w:r>
    </w:p>
    <w:p>
      <w:r>
        <w:t>第三，责任心强。我对待工作认真负责，不推诿、不拖延，关键时刻能够顶得上去，得到了领导和同事们的一致认可。</w:t>
      </w:r>
    </w:p>
    <w:p>
      <w:pPr>
        <w:pStyle w:val="Heading2"/>
      </w:pPr>
      <w:r>
        <w:t>三、对岗位的认识</w:t>
      </w:r>
    </w:p>
    <w:p>
      <w:r>
        <w:t>我认为，部门主管不仅仅是业务骨干，更是团队的“领头雁”和“粘合剂”。一要带好队伍，知人善任，激发每一位成员的潜能；二要抓好执行，把公司目标分解落地，确保各项任务按时完成；三要做好服务，为团队创造良好的工作环境，为领导决策提供真实依据。</w:t>
      </w:r>
    </w:p>
    <w:p>
      <w:pPr>
        <w:pStyle w:val="Heading2"/>
      </w:pPr>
      <w:r>
        <w:t>四、工作思路与承诺</w:t>
      </w:r>
    </w:p>
    <w:p>
      <w:r>
        <w:t>如果这次竞聘成功，我将从以下几个方面开展工作：</w:t>
      </w:r>
    </w:p>
    <w:p>
      <w:r>
        <w:t>一是建章立制，规范流程。梳理部门现有工作流程，明确岗位职责和协作标准，减少内耗，提升整体效率。</w:t>
      </w:r>
    </w:p>
    <w:p>
      <w:r>
        <w:t>二是抓业务重点。围绕公司年度目标，聚焦××核心业务，力争在××指标上实现新突破。</w:t>
      </w:r>
    </w:p>
    <w:p>
      <w:r>
        <w:t>三是带队伍、育人才。建立内部学习分享机制，帮助新人快速成长，打造一支有战斗力、有凝聚力的团队。</w:t>
      </w:r>
    </w:p>
    <w:p>
      <w:r>
        <w:t>四是廉洁自律，以身作则。要求大家做到的，自己首先做到；要求大家不做的，自己坚决不做，以公道正派赢得信任。</w:t>
      </w:r>
    </w:p>
    <w:p>
      <w:pPr>
        <w:pStyle w:val="Heading2"/>
      </w:pPr>
      <w:r>
        <w:t>五、结尾表态</w:t>
      </w:r>
    </w:p>
    <w:p>
      <w:r>
        <w:t>各位领导、同事们，竞聘上岗既是机遇，更是责任。无论结果如何，我都将以平常心对待：成功了，我会倍加珍惜，用实际业绩回报大家的信任；落选了，我也决不气馁，继续在本职岗位上努力工作。</w:t>
      </w:r>
    </w:p>
    <w:p>
      <w:r>
        <w:t>最后，感谢大家的聆听！恳请各位领导、评委批评指正。谢谢大家！</w:t>
      </w:r>
    </w:p>
    <w:p>
      <w:pPr>
        <w:pStyle w:val="Heading2"/>
      </w:pPr>
      <w:r>
        <w:t>六、演讲技巧提示</w:t>
      </w:r>
    </w:p>
    <w:p>
      <w:r>
        <w:t>1. 控制时长，一般5-8分钟；2. 用数据和事例说话，避免空喊口号；3. 语速有起伏，重点处放慢加重；4. 眼神照顾全场，站姿自然；5. 结尾干脆有力，不要拖沓。</w:t>
      </w:r>
    </w:p>
    <w:p>
      <w:pPr>
        <w:pStyle w:val="Heading2"/>
      </w:pPr>
      <w:r>
        <w:t>七、竞聘答辩常见问题准备</w:t>
      </w:r>
    </w:p>
    <w:p>
      <w:r>
        <w:t>竞聘答辩通常会被问到几个高频问题，提前准备才能从容应对。其一：“如果竞聘成功，你上任后第一件事做什么？”回答要务实，比如“先用两周时间逐一与部门每位同事谈心，并把在手项目盘一遍，再拿出90天改进计划”。其二：“如果竞聘失败怎么办？”要体现格局：“无论结果如何，我都会继续做好本职工作，服从组织安排。”其三：“你觉得自己最大的短板是什么？”要真诚但不致命，比如“在跨部门战略协同上经验还不够，我会主动向老同志请教”。</w:t>
      </w:r>
    </w:p>
    <w:p>
      <w:pPr>
        <w:pStyle w:val="Heading2"/>
      </w:pPr>
      <w:r>
        <w:t>八、演讲着装与体态</w:t>
      </w:r>
    </w:p>
    <w:p>
      <w:r>
        <w:t>竞聘演讲是正式场合，着装要职业：男士西装领带、女士职业套装，颜色沉稳。上台步伐稳健，站定后先微笑环视全场再开口；双手自然下垂或轻搭讲台，不要插兜、不要抱胸；讲到重点时可适当做手势，但幅度不宜过大；目光要照顾评委席每一个人，不要只盯稿子。语速控制在每分钟200字左右，关键结论放慢、加重。</w:t>
      </w:r>
    </w:p>
    <w:p>
      <w:pPr>
        <w:pStyle w:val="Heading2"/>
      </w:pPr>
      <w:r>
        <w:t>九、给竞聘者的忠告</w:t>
      </w:r>
    </w:p>
    <w:p>
      <w:r>
        <w:t>竞聘拼的不只是口才，更是日常积累。主管岗位考的是“你能不能带队伍、拿结果”，所以演讲中一定要用业绩和数据说话，少喊空口号。同时要尊重对手，绝不贬低他人抬高自己。无论成败，把这次竞聘当作一次公开的自我盘点，下台后认真复盘，都是宝贵财富。</w:t>
      </w:r>
    </w:p>
    <w:p>
      <w:pPr>
        <w:pStyle w:val="Heading2"/>
      </w:pPr>
      <w:r>
        <w:t>十、岗位理解再深化</w:t>
      </w:r>
    </w:p>
    <w:p>
      <w:r>
        <w:t>我想再谈谈对部门主管这个角色的理解。主管首先是“教练”，要把自己的经验复制给团队成员，而不是一个人埋头苦干；其次是“桥梁”，向上准确传达公司战略，向下及时反馈一线诉求，让信息在上下之间顺畅流动；再次是“守门人”，把好质量关、成本关和纪律关。这三个角色缺一不可。</w:t>
      </w:r>
    </w:p>
    <w:p>
      <w:pPr>
        <w:pStyle w:val="Heading2"/>
      </w:pPr>
      <w:r>
        <w:t>十一、如果当选后的90天计划</w:t>
      </w:r>
    </w:p>
    <w:p>
      <w:r>
        <w:t>上任第一个月，我会完成全员一对一沟通和在手业务盘点，找出痛点；第二个月，针对最突出的一两个问题出台改进措施并试点；第三个月，把成熟做法固化为流程制度，同时建立月度复盘机制。90天结束时，向领导和团队交出一份看得见的成绩单。</w:t>
      </w:r>
    </w:p>
    <w:p>
      <w:pPr>
        <w:pStyle w:val="Heading2"/>
      </w:pPr>
      <w:r>
        <w:t>十二、结语</w:t>
      </w:r>
    </w:p>
    <w:p>
      <w:r>
        <w:t>平凡铸就伟大，实干成就未来。无论今天竞聘结果如何，我对这份工作的热爱不会改变，对公司的忠诚不会改变。再次感谢各位领导和评委的耐心聆听，请大家多多指教！</w:t>
      </w:r>
    </w:p>
    <w:p>
      <w:pPr>
        <w:pStyle w:val="Heading2"/>
      </w:pPr>
      <w:r>
        <w:t>十三、结语</w:t>
      </w:r>
    </w:p>
    <w:p>
      <w:r>
        <w:t>竞聘不是终点，而是责任的开始。我深知主管岗位担子不轻，但我有信心、有决心，也有底气把这支队伍带好、把这份工作干好。恳请各位领导和同事给我一个施展才干、回报团队的机会。谢谢大家！</w:t>
      </w:r>
    </w:p>
    <w:p>
      <w:pPr>
        <w:pStyle w:val="Heading2"/>
      </w:pPr>
      <w:r>
        <w:t>十四、结束语</w:t>
      </w:r>
    </w:p>
    <w:p>
      <w:r>
        <w:t>各位领导、各位评委，竞聘的舞台已经搭好，而真正的考验在上岗之后。我会用扎扎实实的行动，兑现今天在台上许下的每一个承诺：带好队伍、抓好业务、做好服务、廉洁自律。请大家相信我、考验我、监督我。我的演讲完毕，再次感谢大家的聆听与支持！</w:t>
      </w:r>
    </w:p>
    <w:p>
      <w:r>
        <w:t>路虽远，行则将至；事虽难，做则必成。我愿以赤诚之心、务实之举，与团队并肩奋斗，共创佳绩。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