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春节联欢晚会主持人串词全集（开场·节目串场·互动·闭幕）</w:t>
      </w:r>
    </w:p>
    <w:p>
      <w:pPr>
        <w:pStyle w:val="Heading1"/>
      </w:pPr>
      <w:r>
        <w:t>一、开场词</w:t>
      </w:r>
    </w:p>
    <w:p>
      <w:r>
        <w:t>【甲】尊敬的各位领导、各位来宾！【乙】亲爱的同事们、朋友们！【合】大家——过年好！</w:t>
      </w:r>
    </w:p>
    <w:p>
      <w:r>
        <w:t>【甲】金猪辞旧岁，瑞雪迎新春。在这万家灯火、阖家团圆的美好时刻，我们五十六个民族、我们全厂上下、我们阖家老小，欢聚一堂，共同迎接新春的到来。【乙】回首过去的一年，我们并肩奋斗，用汗水浇灌收获，用实干笃定前行；展望崭新的一年，我们信心满怀，将用拼搏书写更加精彩的华章。【甲】今天，让我们暂时放下一年的疲惫，用歌声唱响喜悦，用舞姿舞动希望，用笑声温暖彼此。【乙】现在我宣布：2026年XX公司春节联欢晚会——【合】正式开始！</w:t>
      </w:r>
    </w:p>
    <w:p>
      <w:pPr>
        <w:pStyle w:val="Heading1"/>
      </w:pPr>
      <w:r>
        <w:t>二、节目串场词</w:t>
      </w:r>
    </w:p>
    <w:p>
      <w:r>
        <w:t>【开场歌舞《欢天喜地过大年》结束后】【甲】好一曲欢天喜地，好一派喜气洋洋！刚才姑娘小伙子们的舞蹈，是不是一下子把咱们现场的热情都点燃了？【乙】没错，这年味儿瞬间就浓了。都说过年离不开团圆，团圆少不了歌声。接下来这首《常回家看看》，唱出了多少游子的心声。请欣赏歌曲独唱，演唱者——财务部刘芳，掌声有请！</w:t>
      </w:r>
    </w:p>
    <w:p>
      <w:r>
        <w:t>【歌曲结束后】【甲】唱得真是声情并茂，我这眼眶都有点湿润了，让我想起了老家盼着我们回家的爸妈。【乙】是啊，无论走多远，家永远是最温暖的港湾。感动过后，咱们来点轻松搞笑的。你知道吗，咱们单位那真是藏龙卧虎，有人不光算盘打得精，说起相声来也是一绝。【甲】接下来请欣赏相声《夸夸咱车间》，表演者：生产部张师傅和小王，大家掌声鼓励！</w:t>
      </w:r>
    </w:p>
    <w:p>
      <w:r>
        <w:t>【相声结束后】【乙】太逗了，两位活灵活现，把咱们一线工人的精气神都演出来了。【甲】笑过之后，咱们再来点高雅文艺的。都说音乐是没有国界的语言，下面这个节目，由青年员工小周带来吉他弹唱《奔跑》，让我们在歌声中感受青春的力量，掌声欢迎！</w:t>
      </w:r>
    </w:p>
    <w:p>
      <w:r>
        <w:t>【吉他弹唱结束后】【甲】青春就是要这样奔跑。说完青春，咱们可不能忘了陪伴我们一辈子的老师傅们。【乙】下面这个节目有点特别，是由退休老职工表演的太极扇《中国功夫》，让我们用最热烈的掌声，欢迎老前辈们登场！</w:t>
      </w:r>
    </w:p>
    <w:p>
      <w:pPr>
        <w:pStyle w:val="Heading1"/>
      </w:pPr>
      <w:r>
        <w:t>三、互动抽奖环节串词</w:t>
      </w:r>
    </w:p>
    <w:p>
      <w:r>
        <w:t>【甲】看完了精彩的节目，接下来就是大家最期待的环节了——激动人心的抽奖！【乙】本轮我们将抽出三等奖十名，奖品是智能电饭煲一台。请大家拿起手机，扫描大屏幕上的二维码，马上参与抽奖！【甲】来，我们一起倒计时——五、四、三、二、一！停！【乙】恭喜以上十位幸运的朋友！没中奖的别着急，后面还有二等奖和大奖等着大家。</w:t>
      </w:r>
    </w:p>
    <w:p>
      <w:pPr>
        <w:pStyle w:val="Heading1"/>
      </w:pPr>
      <w:r>
        <w:t>四、闭幕词</w:t>
      </w:r>
    </w:p>
    <w:p>
      <w:r>
        <w:t>【甲】快乐的时光总是那么短暂，不知不觉，今晚的晚会已经接近尾声。【乙】欢声笑语留在心间，美好祝福伴随明天。【甲】感谢所有演职人员的精彩奉献，感谢每一位台前幕后工作人员的辛勤付出，更感谢在座每一位的热情参与。【乙】愿新的一年里，我们所求皆如愿，所行皆坦途；愿家人安康，愿事业蒸蒸日上，愿我们的祖国繁荣昌盛！【甲】亲爱的朋友们，2026年春节联欢晚会到此圆满结束！【乙】让我们——【合】明年再见！</w:t>
      </w:r>
    </w:p>
    <w:p>
      <w:pPr>
        <w:pStyle w:val="Heading1"/>
      </w:pPr>
      <w:r>
        <w:t>五、主持人注意事项</w:t>
      </w:r>
    </w:p>
    <w:p>
      <w:r>
        <w:t>一是提前熟悉每一个节目的名称、时长和表演者姓名，串场时口误是主持的大忌；二是语速适中、咬字清晰，逢年过节语气可适当喜庆、夸张、上扬；三是准备应急预案，比如节目临时调换、话筒突然失声、抽奖系统卡顿，主持人要会用现场互动、小游戏来暖场救场；四是提前与灯光、音响、导播对一遍流程卡点，记住每个上场下场的位置；五是服装得体、妆容大方，男主持西装领带，女主持红色系或亮色礼服最衬年味儿；六是串词要背熟但不生硬，留出与观众互动、鼓掌配合的时间。</w:t>
      </w:r>
    </w:p>
    <w:p>
      <w:pPr>
        <w:pStyle w:val="Heading1"/>
      </w:pPr>
      <w:r>
        <w:t>六、备用暖场串词集锦</w:t>
      </w:r>
    </w:p>
    <w:p>
      <w:r>
        <w:t>【冷场救场】各位乡亲，咱们这会儿掌声要是再热烈一点，后面的大奖可就自己长腿跑啦！来，我数一二三，大家一起拍拍手！【领导上场前】接下来，让我们用最热烈的掌声，有请XX领导上台为大家致新年贺词，大家欢迎！【节目超时提醒】刚才的节目太精彩了，演员都舍不得下台，那咱们就再给他们加十秒钟的掌声！【散场引导】请大家带好随身物品，按照工作人员的指引有序离场，路上注意安全，我们明年春节不见不散！</w:t>
      </w:r>
    </w:p>
    <w:p>
      <w:pPr>
        <w:pStyle w:val="Heading1"/>
      </w:pPr>
      <w:r>
        <w:t>七、主持分工与流程提示</w:t>
      </w:r>
    </w:p>
    <w:p>
      <w:r>
        <w:t>一场成功的晚会，两位主持人要分工明确、配合默契。一般男主持负责报幕推进流程、气氛调动，女主持负责温情串场、细节衔接，关键节点两人合说。整场串词要提前按照节目单顺一遍，在每个节目之间预留好上下场时间，切忌主持人在台上等演员、或演员在台上等主持人念完。节目单如有临时增减，要第一时间在耳台中同步。主持结束后，两位主持人应留在台上配合全体演职人员合影，再有序退场。祝大家演出顺利，过一个热热闹闹的幸福年。</w:t>
      </w:r>
    </w:p>
    <w:p>
      <w:r>
        <w:t>另外提醒，串词中涉及单位名称、领导职务、抽奖规则、奖品数量时一定要与最终方案一字不差，切忌凭记忆随口说。主持词最好打印成大号字体的手卡，按节目顺序编号，每场排练都带着走一遍流程。预祝本场春节联欢晚会圆满成功，台上台下人人笑口常开，新的一年里身体健康、阖家幸福、万事如意！</w:t>
      </w:r>
    </w:p>
    <w:p>
      <w:r>
        <w:t>最后，把这份串词打印出来，根据本单位实际节目顺序增删节目名称和表演者，反复排练两三遍，主持人就能自信满满地登台了。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