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初中七年级数学上册期中模拟试卷（含答案解析）</w:t>
      </w:r>
    </w:p>
    <w:p>
      <w:r>
        <w:rPr>
          <w:sz w:val="22"/>
        </w:rPr>
        <w:t>（考试时间：120分钟  满分：120分）</w:t>
      </w:r>
    </w:p>
    <w:p>
      <w:r>
        <w:rPr>
          <w:b/>
          <w:sz w:val="22"/>
        </w:rPr>
        <w:t>姓名：____________  班级：____________  学号：____________  得分：____________</w:t>
      </w:r>
    </w:p>
    <w:p>
      <w:pPr>
        <w:pStyle w:val="Heading1"/>
      </w:pPr>
      <w:r>
        <w:t>一、选择题（本大题共10小题，每小题3分，共30分）</w:t>
      </w:r>
    </w:p>
    <w:p>
      <w:r>
        <w:rPr>
          <w:sz w:val="22"/>
        </w:rPr>
        <w:t>1. -3的相反数是（    ）  A. 3  B. -3  C. 1/3  D. -1/3</w:t>
      </w:r>
    </w:p>
    <w:p>
      <w:r>
        <w:rPr>
          <w:sz w:val="22"/>
        </w:rPr>
        <w:t>2. 下列各数中，最小的数是（    ）  A. -2  B. 0  C. 1  D. -0.5</w:t>
      </w:r>
    </w:p>
    <w:p>
      <w:r>
        <w:rPr>
          <w:sz w:val="22"/>
        </w:rPr>
        <w:t>3. 单项式-2x²y的系数和次数分别是（    ）  A. -2，3  B. 2，3  C. -2，2  D. 2，2</w:t>
      </w:r>
    </w:p>
    <w:p>
      <w:r>
        <w:rPr>
          <w:sz w:val="22"/>
        </w:rPr>
        <w:t>4. 下列计算正确的是（    ）  A. 3a+2a=5a²  B. 3a-a=3  C. 2a³+3a²=5a⁵  D. -a²b+a²b=0</w:t>
      </w:r>
    </w:p>
    <w:p>
      <w:r>
        <w:rPr>
          <w:sz w:val="22"/>
        </w:rPr>
        <w:t>5. 数轴上表示-2和5的两点之间的距离是（    ）  A. 3  B. 7  C. -7  D. 5</w:t>
      </w:r>
    </w:p>
    <w:p>
      <w:r>
        <w:rPr>
          <w:sz w:val="22"/>
        </w:rPr>
        <w:t>6. 若|a|=5，则a的值是（    ）  A. 5  B. -5  C. ±5  D. 0</w:t>
      </w:r>
    </w:p>
    <w:p>
      <w:r>
        <w:rPr>
          <w:sz w:val="22"/>
        </w:rPr>
        <w:t>7. 下列说法正确的是（    ）  A. 正数和负数统称为有理数  B. 0是最小的有理数  C. 整数和分数统称为有理数  D. 正整数和负整数统称为整数</w:t>
      </w:r>
    </w:p>
    <w:p>
      <w:r>
        <w:rPr>
          <w:sz w:val="22"/>
        </w:rPr>
        <w:t>8. 多项式3x²-2x+1是（    ）  A. 二次三项式  B. 一次三项式  C. 三次二项式  D. 二次二项式</w:t>
      </w:r>
    </w:p>
    <w:p>
      <w:r>
        <w:rPr>
          <w:sz w:val="22"/>
        </w:rPr>
        <w:t>9. 计算(-1)²⁰²⁶的结果是（    ）  A. -1  B. 1  C. -2026  D. 2026</w:t>
      </w:r>
    </w:p>
    <w:p>
      <w:r>
        <w:rPr>
          <w:sz w:val="22"/>
        </w:rPr>
        <w:t>10. 已知a-b=3，则代数式2a-2b-3的值是（    ）  A. 3  B. 0  C. 6  D. 9</w:t>
      </w:r>
    </w:p>
    <w:p>
      <w:pPr>
        <w:pStyle w:val="Heading1"/>
      </w:pPr>
      <w:r>
        <w:t>二、填空题（本大题共6小题，每小题3分，共18分）</w:t>
      </w:r>
    </w:p>
    <w:p>
      <w:r>
        <w:rPr>
          <w:sz w:val="22"/>
        </w:rPr>
        <w:t>11. 如果向东走5米记作+5米，那么向西走3米记作________米。</w:t>
      </w:r>
    </w:p>
    <w:p>
      <w:r>
        <w:rPr>
          <w:sz w:val="22"/>
        </w:rPr>
        <w:t>12. 比较大小：-3________-5（填&gt;、&lt;或=）。</w:t>
      </w:r>
    </w:p>
    <w:p>
      <w:r>
        <w:rPr>
          <w:sz w:val="22"/>
        </w:rPr>
        <w:t>13. 若x=2是方程3x-a=0的解，则a=________。</w:t>
      </w:r>
    </w:p>
    <w:p>
      <w:r>
        <w:rPr>
          <w:sz w:val="22"/>
        </w:rPr>
        <w:t>14. 用科学记数法表示：2026000=________。</w:t>
      </w:r>
    </w:p>
    <w:p>
      <w:r>
        <w:rPr>
          <w:sz w:val="22"/>
        </w:rPr>
        <w:t>15. 一个长方形的长为a+3，宽为a-1，则它的周长为________。</w:t>
      </w:r>
    </w:p>
    <w:p>
      <w:r>
        <w:rPr>
          <w:sz w:val="22"/>
        </w:rPr>
        <w:t>16. 观察下列等式：1=1²，1+3=2²，1+3+5=3²，……，根据规律可得1+3+5+…+(2n-1)=________。</w:t>
      </w:r>
    </w:p>
    <w:p>
      <w:pPr>
        <w:pStyle w:val="Heading1"/>
      </w:pPr>
      <w:r>
        <w:t>三、解答题（本大题共8小题，共72分）</w:t>
      </w:r>
    </w:p>
    <w:p>
      <w:r>
        <w:rPr>
          <w:sz w:val="22"/>
        </w:rPr>
        <w:t>17.（8分）计算：(1)(-8)+10+(-3)+5；(2)-1⁴-(-2)³×(-1/2)；(3)(-36)×(1/2-5/9+7/12)；(4)-2²+|5-8|+24÷(-3)。</w:t>
      </w:r>
    </w:p>
    <w:p>
      <w:r>
        <w:rPr>
          <w:sz w:val="22"/>
        </w:rPr>
        <w:t>18.（8分）化简：(1)3a²-2a-a²+5a；(2)(5x²-3x+2)-2(3x²-2x-1)；(3)先化简再求值：2(a²b+ab²)-2(a²b-1)-3ab²+2，其中a=-2，b=2。</w:t>
      </w:r>
    </w:p>
    <w:p>
      <w:r>
        <w:rPr>
          <w:sz w:val="22"/>
        </w:rPr>
        <w:t>19.（8分）解方程：(1)3x+5=2x-1；(2)4(x-1)-3(2x+1)=7；(3)(x-1)/2-(2x+3)/3=1。</w:t>
      </w:r>
    </w:p>
    <w:p>
      <w:r>
        <w:rPr>
          <w:sz w:val="22"/>
        </w:rPr>
        <w:t>20.（8分）某出租车司机某天下午在东西走向的大街上营运，规定向东为正，向西为负，行车里程（单位：千米）依次如下：+9，-3，-5，+4，-8，+6，-3，-6，-4，+10。(1)将最后一名乘客送到目的地时，出租车在出发点的哪个方向？距离出发点多远？(2)若每千米收费2.4元，司机这天下午的营业额是多少？</w:t>
      </w:r>
    </w:p>
    <w:p>
      <w:r>
        <w:rPr>
          <w:sz w:val="22"/>
        </w:rPr>
        <w:t>21.（8分）已知A=2x²+3xy-2x-1，B=-x²+xy-1。(1)求3A+6B；(2)若3A+6B的值与x无关，求y的值。</w:t>
      </w:r>
    </w:p>
    <w:p>
      <w:r>
        <w:rPr>
          <w:sz w:val="22"/>
        </w:rPr>
        <w:t>22.（10分）某商店购进一批衬衫，每件进价80元，售价120元。由于销售情况良好，商店决定降价促销，已知每件降价x元后，每天可多售出2x件。(1)降价后每件利润是多少元？(2)若原来每天售出20件，降价x元后每天的利润是多少元？(3)当x=10时，每天的利润是多少元？</w:t>
      </w:r>
    </w:p>
    <w:p>
      <w:r>
        <w:rPr>
          <w:sz w:val="22"/>
        </w:rPr>
        <w:t>23.（10分）如图，在数轴上A点表示数a，B点表示数b，且a、b满足|a+2|+(b-6)²=0。(1)求A、B两点之间的距离；(2)若点P从A出发，以每秒3个单位长度的速度沿数轴向右运动，同时点Q从B出发，以每秒1个单位长度的速度沿数轴向左运动，设运动时间为t秒。①当t为何值时，P、Q两点相遇？②当t为何值时，P、Q两点之间的距离为4个单位长度？</w:t>
      </w:r>
    </w:p>
    <w:p>
      <w:r>
        <w:rPr>
          <w:sz w:val="22"/>
        </w:rPr>
        <w:t>24.（12分）阅读材料：我们知道，|a|的几何意义是数轴上表示数a的点与原点的距离，即|a|=|a-0|。更进一步，|a-b|的几何意义是数轴上表示数a的点与表示数b的点之间的距离。根据以上材料，回答下列问题：(1)|x-3|的几何意义是数轴上表示数x的点与表示数____的点之间的距离；(2)若|x-2|=3，则x=____；(3)|x+1|+|x-2|的最小值是____，此时x的取值范围是____；(4)运用上述几何意义，求|x-1|+|x-2|+|x-3|+…+|x-2026|的最小值。</w:t>
      </w:r>
    </w:p>
    <w:p>
      <w:pPr>
        <w:pStyle w:val="Heading1"/>
      </w:pPr>
      <w:r>
        <w:t>参考答案及解析</w:t>
      </w:r>
    </w:p>
    <w:p>
      <w:r>
        <w:rPr>
          <w:sz w:val="22"/>
        </w:rPr>
        <w:t>一、选择题：1.A  2.A  3.A  4.D  5.B  6.C  7.C  8.A  9.B  10.A</w:t>
      </w:r>
    </w:p>
    <w:p>
      <w:r>
        <w:rPr>
          <w:sz w:val="22"/>
        </w:rPr>
        <w:t>二、填空题：11.-3；12.&gt;；13.6；14.2.026×10⁶；15.4a+4；16.n²</w:t>
      </w:r>
    </w:p>
    <w:p>
      <w:r>
        <w:rPr>
          <w:sz w:val="22"/>
        </w:rPr>
        <w:t>三、解答题：17.(1)4；(2)-3；(3)-11；(4)-9。18.(1)2a²+3a；(2)-x²+x+4；(3)-ab²+4，当a=-2,b=2时值为12。19.(1)x=-6；(2)x=-7；(3)x=-19。20.(1)在出发点西3千米；(2)139.2元。21.(1)11xy-6x-9；(2)y=6/11。22.(1)(40-x)元；(2)(40-x)(20+2x)元；(3)1800元。23.(1)8；(2)t=2相遇；t=1或t=3距离为4。24.(1)3；(2)5或-1；(3)最小值3，-1≤x≤2；(4)最小值为1013²=1026169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