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员工辞职申请书范文大全（正式员工·试用期·创业调动）</w:t>
      </w:r>
    </w:p>
    <w:p>
      <w:pPr>
        <w:pStyle w:val="Heading1"/>
      </w:pPr>
      <w:r>
        <w:t>一、正式员工辞职申请书范文</w:t>
      </w:r>
    </w:p>
    <w:p>
      <w:r>
        <w:t>尊敬的公司领导：</w:t>
      </w:r>
    </w:p>
    <w:p>
      <w:r>
        <w:t>您好！我是市场部职员王芳，现郑重向公司提出辞职申请。首先，向公司和各位领导表示深深的歉意，由于个人职业规划和家庭方面的原因，经过长时间的慎重考虑，我不得不做出离开公司的艰难决定。</w:t>
      </w:r>
    </w:p>
    <w:p>
      <w:r>
        <w:t>自2022年7月入职以来，我在公司已经工作了四年多时间。在这段宝贵的时光里，我从一个刚出校门、对业务一知半解的新人，逐步成长为能够独立负责区域推广项目的业务骨干。这一切，都离不开公司搭建的良好平台，离不开主管手把手的带教，也离不开同事们的热心帮助。我至今记得第一次独立拿下客户时主管请大家吃饭庆祝的场景，也记得部门年会前我们一起加班到深夜、边啃盒饭边对流程的日子。这些温暖的经历，我会一直珍藏在心里。</w:t>
      </w:r>
    </w:p>
    <w:p>
      <w:r>
        <w:t>按照《中华人民共和国劳动合同法》第三十七条的规定，我提前三十日以书面形式通知公司，预计最后工作日为2026年11月19日。在离开之前的这段时间里，我会一如既往地站好最后一班岗：把手头正在跟进的三个客户项目整理成详细的交接文档，把数据台账、合同档案分类归档，并全力配合公司安排的接替同事完成工作交接，确保业务平稳过渡，绝不因为我的离开给团队带来任何被动和损失。</w:t>
      </w:r>
    </w:p>
    <w:p>
      <w:r>
        <w:t>感谢公司四年来对我的信任、培养和包容。临别之际，衷心祝愿公司在未来的发展中蒸蒸日上、业绩长红，也祝愿各位领导和同事工作顺利、身体健康、阖家幸福。</w:t>
      </w:r>
    </w:p>
    <w:p>
      <w:pPr>
        <w:jc w:val="right"/>
      </w:pPr>
      <w:r>
        <w:t>申请人：王芳</w:t>
      </w:r>
    </w:p>
    <w:p>
      <w:pPr>
        <w:jc w:val="right"/>
      </w:pPr>
      <w:r>
        <w:t>2026年10月19日</w:t>
      </w:r>
    </w:p>
    <w:p>
      <w:pPr>
        <w:pStyle w:val="Heading1"/>
      </w:pPr>
      <w:r>
        <w:t>二、试用期员工辞职申请书范文</w:t>
      </w:r>
    </w:p>
    <w:p>
      <w:r>
        <w:t>尊敬的部门主管：</w:t>
      </w:r>
    </w:p>
    <w:p>
      <w:r>
        <w:t>您好！我是综合办试用期员工赵强，现因个人原因正式提出辞职。根据《劳动合同法》关于试用期的规定，劳动者在试用期内提前三日通知用人单位即可解除劳动合同，因此我申请于2026年10月22日正式离职，请您批准并安排交接。</w:t>
      </w:r>
    </w:p>
    <w:p>
      <w:r>
        <w:t>入职两个月来，感谢您和同事们的耐心带教，让我对行政工作有了初步的认识。经过这段时间的实际工作，我发现自己的职业兴趣和能力特长与本岗位的要求存在一定差距，继续勉强下去既不利于部门整体进度，也不利于我个人的职业发展，因此慎重做出这个决定。离职前我会把经手的文件、台账和办公用品整理清楚，配合公司完成交接。给团队带来的不便，敬请谅解。</w:t>
      </w:r>
    </w:p>
    <w:p>
      <w:pPr>
        <w:jc w:val="right"/>
      </w:pPr>
      <w:r>
        <w:t>申请人：赵强</w:t>
      </w:r>
    </w:p>
    <w:p>
      <w:pPr>
        <w:jc w:val="right"/>
      </w:pPr>
      <w:r>
        <w:t>2026年10月19日</w:t>
      </w:r>
    </w:p>
    <w:p>
      <w:pPr>
        <w:pStyle w:val="Heading1"/>
      </w:pPr>
      <w:r>
        <w:t>三、因创业/回家乡发展辞职范文</w:t>
      </w:r>
    </w:p>
    <w:p>
      <w:r>
        <w:t>尊敬的领导：</w:t>
      </w:r>
    </w:p>
    <w:p>
      <w:r>
        <w:t>您好！感谢公司多年来的培养。因本人计划回老家自主创业，从事农产品电商业务，经过与家人反复商量，现正式提出辞职，最后工作日拟为提交申请之日起第三十日。在公司工作的八年，是我职业生涯中最宝贵的财富，我对公司怀有深厚的感情。离职前我一定把项目交接到位，站好最后一班岗。祝愿公司基业长青！</w:t>
      </w:r>
    </w:p>
    <w:p>
      <w:pPr>
        <w:jc w:val="right"/>
      </w:pPr>
      <w:r>
        <w:t>申请人：孙磊</w:t>
      </w:r>
    </w:p>
    <w:p>
      <w:pPr>
        <w:jc w:val="right"/>
      </w:pPr>
      <w:r>
        <w:t>2026年10月19日</w:t>
      </w:r>
    </w:p>
    <w:p>
      <w:pPr>
        <w:pStyle w:val="Heading1"/>
      </w:pPr>
      <w:r>
        <w:t>四、辞职信写作要点</w:t>
      </w:r>
    </w:p>
    <w:p>
      <w:pPr>
        <w:pStyle w:val="Heading2"/>
      </w:pPr>
      <w:r>
        <w:t>1. 时间要合法</w:t>
      </w:r>
    </w:p>
    <w:p>
      <w:r>
        <w:t>正式员工提前三十日、试用期提前三日以书面形式通知，即可解除劳动合同，无须单位批准。建议同时通过电子邮件和纸质版两种方式提交，并保留发送记录和签收凭证，以备日后发生争议时举证。</w:t>
      </w:r>
    </w:p>
    <w:p>
      <w:pPr>
        <w:pStyle w:val="Heading2"/>
      </w:pPr>
      <w:r>
        <w:t>2. 语气要职业</w:t>
      </w:r>
    </w:p>
    <w:p>
      <w:r>
        <w:t>辞职信是重要的职业文书，要做到感谢在前、说明在后、交接到位，不抱怨、不指责、不流露负面情绪。即使离职的真实原因是对薪资、管理或人际关系不满，对外也应笼统表述为“个人职业发展规划”“家庭原因”等，做到好聚好散，不为自己的职业口碑留下后患。</w:t>
      </w:r>
    </w:p>
    <w:p>
      <w:pPr>
        <w:pStyle w:val="Heading2"/>
      </w:pPr>
      <w:r>
        <w:t>3. 交接要到位</w:t>
      </w:r>
    </w:p>
    <w:p>
      <w:r>
        <w:t>离职前应逐项结清：整理客户资料与项目进度、归还钥匙工牌电脑等物品、结清备用金和借款、配合签订解除劳动合同协议书。同时务必要求公司出具离职证明，并在十五日内办理档案和社会保险关系转移手续，这关系到下一份工作的入职和社保连续缴纳。</w:t>
      </w:r>
    </w:p>
    <w:p>
      <w:pPr>
        <w:pStyle w:val="Heading2"/>
      </w:pPr>
      <w:r>
        <w:t>4. 权益要清楚</w:t>
      </w:r>
    </w:p>
    <w:p>
      <w:r>
        <w:t>一般情况下员工主动辞职没有经济补偿；但如果公司存在未及时足额支付劳动报酬、未依法缴纳社会保险费、规章制度违法损害劳动者权益等情形，员工据此解除劳动合同的，仍可依法主张经济补偿。离职当月工资应按实际出勤结算至最后工作日，不得克扣。</w:t>
      </w:r>
    </w:p>
    <w:p>
      <w:pPr>
        <w:pStyle w:val="Heading2"/>
      </w:pPr>
      <w:r>
        <w:t>5. 书面与口头的区别</w:t>
      </w:r>
    </w:p>
    <w:p>
      <w:r>
        <w:t>口头提出辞职在法律上难以举证，一旦单位否认，员工可能陷入被动。因此务必提交书面辞职信，并保留证据：纸质版当面递交时要求接收人签收，或通过EMS邮寄并保留底单；同时用公司邮箱发送一份电子版，截图保存发送记录。这样既能证明提前三十日已通知，也能避免日后就是否提出辞职、何时提出产生争议。</w:t>
      </w:r>
    </w:p>
    <w:p>
      <w:pPr>
        <w:pStyle w:val="Heading2"/>
      </w:pPr>
      <w:r>
        <w:t>6. 离职证明的重要性</w:t>
      </w:r>
    </w:p>
    <w:p>
      <w:r>
        <w:t>离职证明是证明员工与原单位已解除劳动关系的重要文件，新单位入职、领取失业保险、办理社保转移都可能用到。按照法律规定，用人单位应当在解除劳动合同时出具证明，并在十五日内为劳动者办理档案和社保转移手续。如果单位拒不出具，员工可以向劳动监察部门投诉。</w:t>
      </w:r>
    </w:p>
    <w:p>
      <w:r>
        <w:t>总而言之，一份得体的辞职信，既是职业素养的体现，也是保护自身合法权益的第一道防线。写之前想清楚、写的时候有分寸、走的时候交接清，既不伤害与老东家的感情，也不给自己的职业生涯留下隐患。愿每一位选择离开的朋友，都能在更广阔的平台上找到属于自己的位置。</w:t>
      </w:r>
    </w:p>
    <w:p>
      <w:r>
        <w:t>附：递交辞职申请后，记得在日历上标注满三十日的日期，届时无论单位是否批准，劳动合同均可依法解除，同时可要求办理离职手续和社保转移，切勿不辞而别。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