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入党积极分子思想汇报范文（2026年第四季度适用）</w:t>
      </w:r>
    </w:p>
    <w:p>
      <w:r>
        <w:rPr>
          <w:b/>
          <w:sz w:val="22"/>
        </w:rPr>
        <w:t>敬爱的党组织：</w:t>
      </w:r>
    </w:p>
    <w:p>
      <w:r>
        <w:rPr>
          <w:sz w:val="22"/>
        </w:rPr>
        <w:t>作为一名入党积极分子，我怀着十分激动的心情向党组织递交这份思想汇报，汇报我近期在思想、工作、学习和生活等方面的情况，恳请党组织给予批评和帮助。现将我近期的思想动态汇报如下。</w:t>
      </w:r>
    </w:p>
    <w:p>
      <w:pPr>
        <w:pStyle w:val="Heading1"/>
      </w:pPr>
      <w:r>
        <w:t>一、理论学习方面的收获和体会</w:t>
      </w:r>
    </w:p>
    <w:p>
      <w:r>
        <w:rPr>
          <w:sz w:val="22"/>
        </w:rPr>
        <w:t>这段时间以来，我坚持把政治理论学习摆在首位，系统学习了党章、《关于党内政治生活的若干准则》以及党的二十大报告和二十届历次全会精神。通过反复研读原文，我对中国共产党为什么能、马克思主义为什么行、中国特色社会主义为什么好有了更加深刻的认识。</w:t>
      </w:r>
    </w:p>
    <w:p>
      <w:r>
        <w:rPr>
          <w:sz w:val="22"/>
        </w:rPr>
        <w:t>我深刻体会到，我们党自1921年成立以来，始终把为中国人民谋幸福、为中华民族谋复兴作为自己的初心使命。一百多年来，我们党团结带领全国各族人民浴血奋战、百折不挠，创造了新民主主义革命的伟大成就；自力更生、发愤图强，创造了社会主义革命和建设的伟大成就；解放思想、锐意进取，创造了改革开放和社会主义现代化建设的伟大成就；自信自强、守正创新，创造了新时代中国特色社会主义的伟大成就。这四大成就雄辩地证明，中国共产党是领导我们事业的核心力量，没有共产党就没有新中国，就没有中华民族的伟大复兴。</w:t>
      </w:r>
    </w:p>
    <w:p>
      <w:r>
        <w:rPr>
          <w:sz w:val="22"/>
        </w:rPr>
        <w:t>在学习过程中，我特别注意结合实际思考。我认识到，作为一名入党积极分子，不仅要在组织上积极向党组织靠拢，更要在思想上真正入党。要通过学习，不断提高自己的政治判断力、政治领悟力、政治执行力，坚定拥护两个确立、坚决做到两个维护，在思想上政治上行动上同以习近平同志为核心的党中央保持高度一致。</w:t>
      </w:r>
    </w:p>
    <w:p>
      <w:pPr>
        <w:pStyle w:val="Heading1"/>
      </w:pPr>
      <w:r>
        <w:t>二、工作岗位上的表现和进步</w:t>
      </w:r>
    </w:p>
    <w:p>
      <w:r>
        <w:rPr>
          <w:sz w:val="22"/>
        </w:rPr>
        <w:t>在日常工作中，我始终以一名共产党员的标准严格要求自己，爱岗敬业、踏实肯干。本季度我承担了部门重点项目的推进工作，面对时间紧、任务重、协调难度大的实际情况，我没有退缩，而是主动加班加点，逐条梳理任务清单，逐项落实责任人，最终确保项目按期保质完成，得到了领导和同事们的一致认可。</w:t>
      </w:r>
    </w:p>
    <w:p>
      <w:r>
        <w:rPr>
          <w:sz w:val="22"/>
        </w:rPr>
        <w:t>我深知，党员的先进性不是喊出来的，而是干出来的。在日常工作中，我注意做到三个带头：一是带头遵守规章制度，不迟到不早退，严格按照流程办事；二是带头承担急难险重任务，遇到问题不推诿、不扯皮；三是带头帮助新同事，主动分享工作经验和业务技巧，营造团结协作的良好氛围。</w:t>
      </w:r>
    </w:p>
    <w:p>
      <w:r>
        <w:rPr>
          <w:sz w:val="22"/>
        </w:rPr>
        <w:t>当然，我也清醒地认识到自己还存在一些不足。比如在处理复杂问题时，有时不够果断，存在一定的畏难情绪；在理论联系实际方面，还需要进一步加强，把学到的理论知识更好地转化为解决实际问题的能力。这些不足，我将在今后的学习和工作中认真加以改进。</w:t>
      </w:r>
    </w:p>
    <w:p>
      <w:pPr>
        <w:pStyle w:val="Heading1"/>
      </w:pPr>
      <w:r>
        <w:t>三、日常生活中的自我要求</w:t>
      </w:r>
    </w:p>
    <w:p>
      <w:r>
        <w:rPr>
          <w:sz w:val="22"/>
        </w:rPr>
        <w:t>在生活中，我始终保持艰苦朴素的作风，不攀比、不奢侈，合理安排收支。我积极参加社区组织的志愿服务活动，本季度累计参加义务劳动8次，帮助独居老人打扫卫生、代购物品，用实际行动践行为人民服务的宗旨。</w:t>
      </w:r>
    </w:p>
    <w:p>
      <w:r>
        <w:rPr>
          <w:sz w:val="22"/>
        </w:rPr>
        <w:t>我也注意加强自身品德修养，诚实守信、尊老爱幼、团结同事。在与邻居相处时，我主动打招呼、互相帮忙，建立了融洽的邻里关系。我认为，一个人的品行不仅体现在大是大非面前，更体现在日常的一言一行中。只有在小事上严格要求自己，才能在关键时刻经得起考验。</w:t>
      </w:r>
    </w:p>
    <w:p>
      <w:pPr>
        <w:pStyle w:val="Heading1"/>
      </w:pPr>
      <w:r>
        <w:t>四、今后的努力方向</w:t>
      </w:r>
    </w:p>
    <w:p>
      <w:r>
        <w:rPr>
          <w:sz w:val="22"/>
        </w:rPr>
        <w:t>下一步，我将从以下几个方面继续努力：第一，持续深化理论学习，制定详细的学习计划，每周至少安排4小时集中学习时间，认真做好读书笔记，撰写学习心得；第二，立足岗位建功立业，以更高的标准完成本职工作，争取在业务上取得新突破；第三，密切联系群众，主动关心身边同事的工作和生活，力所能及地帮助他们解决实际困难；第四，自觉接受组织考验，定期向党组织汇报思想，虚心接受同志们的批评意见，不断改正缺点和不足。</w:t>
      </w:r>
    </w:p>
    <w:p>
      <w:r>
        <w:rPr>
          <w:sz w:val="22"/>
        </w:rPr>
        <w:t>请党组织在实践中考验我！</w:t>
      </w:r>
    </w:p>
    <w:p>
      <w:r>
        <w:rPr>
          <w:b/>
          <w:sz w:val="22"/>
        </w:rPr>
        <w:t>汇报人：XXX</w:t>
      </w:r>
    </w:p>
    <w:p>
      <w:r>
        <w:rPr>
          <w:b/>
          <w:sz w:val="22"/>
        </w:rPr>
        <w:t>2026年X月X日</w:t>
      </w:r>
    </w:p>
    <w:p>
      <w:pPr>
        <w:pStyle w:val="Heading1"/>
      </w:pPr>
      <w:r>
        <w:t>附：思想汇报写作注意事项</w:t>
      </w:r>
    </w:p>
    <w:p>
      <w:r>
        <w:rPr>
          <w:sz w:val="22"/>
        </w:rPr>
        <w:t>1. 思想汇报要真实诚恳，切忌空话套话连篇，要结合自己的真实经历和真实想法来写。2. 一般每季度提交一次，遇到重大事件或思想有重大波动时应随时汇报。3. 篇幅一般在1500字到3000字之间，不宜过短也不必过长。4. 要用手写或亲笔签名打印，态度要严肃认真。5. 汇报内容应包括理论学习体会、工作表现、生活情况、存在不足和努力方向五个部分。</w:t>
      </w:r>
    </w:p>
    <w:p>
      <w:pPr>
        <w:pStyle w:val="Heading1"/>
      </w:pPr>
      <w:r>
        <w:t>五、学习党章党规的深刻感悟</w:t>
      </w:r>
    </w:p>
    <w:p>
      <w:r>
        <w:rPr>
          <w:sz w:val="22"/>
        </w:rPr>
        <w:t>这段时间，我逐字逐句重读了《中国共产党章程》，对党员的义务和权利有了更加清晰的认识。党章第三条明确规定了党员必须履行的八项义务，这八项义务不是抽象的口号，而是具体的行动指南。作为入党积极分子，我对照这八项义务逐条检视自己，发现自己在密切联系群众方面还有差距，在宣传党的主张方面还不够主动。今后，我要把党章作为案头卷、必修课，经常学、反复学，做到内化于心、外化于行。</w:t>
      </w:r>
    </w:p>
    <w:p>
      <w:r>
        <w:rPr>
          <w:sz w:val="22"/>
        </w:rPr>
        <w:t>我还认真学习了《中国共产党廉洁自律准则》和《中国共产党纪律处分条例》，深刻认识到，党的纪律是党的生命线，是维护党的团结统一的有力武器。作为一名入党积极分子，从现在起就要用党员的纪律标准严格要求自己，做到心有所畏、言有所戒、行有所止，从小事做起、从细节严起，扣好廉洁从政的第一粒扣子。</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