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SimSun" w:hAnsi="SimSun"/>
          <w:b/>
          <w:sz w:val="32"/>
        </w:rPr>
        <w:t>2026年度个人工作总结模板（通用版）</w:t>
      </w:r>
    </w:p>
    <w:p>
      <w:r>
        <w:rPr>
          <w:rFonts w:ascii="SimSun" w:hAnsi="SimSun"/>
          <w:b w:val="0"/>
          <w:sz w:val="20"/>
        </w:rPr>
        <w:t>适用对象：机关事业单位工作人员、企业职工、教师、医护人员、基层干部等各类岗位</w:t>
      </w:r>
    </w:p>
    <w:p>
      <w:r>
        <w:rPr>
          <w:rFonts w:ascii="SimSun" w:hAnsi="SimSun"/>
          <w:b w:val="0"/>
          <w:sz w:val="24"/>
        </w:rPr>
      </w:r>
    </w:p>
    <w:p>
      <w:r>
        <w:rPr>
          <w:rFonts w:ascii="SimSun" w:hAnsi="SimSun"/>
          <w:b/>
          <w:sz w:val="28"/>
        </w:rPr>
        <w:t>一、模板使用说明</w:t>
      </w:r>
    </w:p>
    <w:p>
      <w:r>
        <w:rPr>
          <w:rFonts w:ascii="SimSun" w:hAnsi="SimSun"/>
          <w:b w:val="0"/>
          <w:sz w:val="24"/>
        </w:rPr>
        <w:t>个人年度工作总结是每年年底必须完成的一项写作任务，很多人在写的时候要么不知道从哪下笔，要么写得像流水账。本模板按照“开头总述—分项陈述—亮点梳理—问题不足—明年计划”五个部分搭建框架，把每一项该写什么、怎么写、写多少都标清楚了。使用时只需把方括号里的提示内容替换成自己的真实情况即可，全文约2600字，打印或电子版提交均可。</w:t>
      </w:r>
    </w:p>
    <w:p>
      <w:r>
        <w:rPr>
          <w:rFonts w:ascii="SimSun" w:hAnsi="SimSun"/>
          <w:b w:val="0"/>
          <w:sz w:val="24"/>
        </w:rPr>
      </w:r>
    </w:p>
    <w:p>
      <w:r>
        <w:rPr>
          <w:rFonts w:ascii="SimSun" w:hAnsi="SimSun"/>
          <w:b/>
          <w:sz w:val="28"/>
        </w:rPr>
        <w:t>二、通用版模板框架（直接替换使用）</w:t>
      </w:r>
    </w:p>
    <w:p>
      <w:r>
        <w:rPr>
          <w:rFonts w:ascii="SimSun" w:hAnsi="SimSun"/>
          <w:b/>
          <w:sz w:val="24"/>
        </w:rPr>
        <w:t>标题：2026年度个人工作总结</w:t>
      </w:r>
    </w:p>
    <w:p>
      <w:r>
        <w:rPr>
          <w:rFonts w:ascii="SimSun" w:hAnsi="SimSun"/>
          <w:b w:val="0"/>
          <w:sz w:val="24"/>
        </w:rPr>
        <w:t>开头总述（约200字）：时光飞逝，2026年即将结束。在过去的一年里，在单位领导的关心指导和同事们的支持帮助下，我紧紧围绕本职工作，认真履行岗位职责，较好地完成了各项工作任务。现将一年来的工作情况总结如下。</w:t>
      </w:r>
    </w:p>
    <w:p>
      <w:r>
        <w:rPr>
          <w:rFonts w:ascii="SimSun" w:hAnsi="SimSun"/>
          <w:b w:val="0"/>
          <w:sz w:val="24"/>
        </w:rPr>
        <w:t>第一部分 思想政治方面（约400字）：一年来，我认真学习党的路线方针政策，积极参加单位组织的各类政治学习和业务培训，不断提高自身的政治素养和理论水平。工作中坚持正确的政治方向，自觉遵守单位各项规章制度，服从组织安排，团结同事，乐于奉献，始终保持积极向上的工作态度。</w:t>
      </w:r>
    </w:p>
    <w:p>
      <w:r>
        <w:rPr>
          <w:rFonts w:ascii="SimSun" w:hAnsi="SimSun"/>
          <w:b w:val="0"/>
          <w:sz w:val="24"/>
        </w:rPr>
        <w:t>第二部分 主要工作完成情况（约800字）：1.日常工作方面，认真完成领导交办的各项任务，做到了事事有着落、件件有回音。全年共办理各类业务[XXX]件，处理群众咨询[XXX]次，撰写各类材料[XXX]篇，均按时保质完成。2.重点工作方面，积极参与[XXX]等重点项目工作，在时间紧、任务重的情况下，主动加班加点，与同事密切配合，确保了工作的顺利推进。3.学习提升方面，利用业余时间学习[XXX]业务知识，参加了[XXX]培训并取得[XXX]证书，工作能力和业务水平得到进一步提升。</w:t>
      </w:r>
    </w:p>
    <w:p>
      <w:r>
        <w:rPr>
          <w:rFonts w:ascii="SimSun" w:hAnsi="SimSun"/>
          <w:b w:val="0"/>
          <w:sz w:val="24"/>
        </w:rPr>
        <w:t>第三部分 工作中的亮点与成绩（约300字）：一是[XXX]工作取得了明显成效，得到了领导和群众的认可；二是在[XXX]方面形成了较为成熟的工作方法，提高了工作效率；三是个人在[XXX]评选中获得[XXX]荣誉。这些成绩的取得，离不开组织的培养和同事的帮助。</w:t>
      </w:r>
    </w:p>
    <w:p>
      <w:r>
        <w:rPr>
          <w:rFonts w:ascii="SimSun" w:hAnsi="SimSun"/>
          <w:b w:val="0"/>
          <w:sz w:val="24"/>
        </w:rPr>
        <w:t>第四部分 存在的不足（约300字）：回顾一年来的工作，虽然取得了一定成绩，但也存在一些不足：一是理论学习还不够深入系统，学习的主动性和自觉性有待加强；二是工作中有时存在急躁情绪，处理复杂问题的方法还不够灵活；三是创新意识还不够强，习惯于按部就班开展工作，开拓进取的精神有待提高。</w:t>
      </w:r>
    </w:p>
    <w:p>
      <w:r>
        <w:rPr>
          <w:rFonts w:ascii="SimSun" w:hAnsi="SimSun"/>
          <w:b w:val="0"/>
          <w:sz w:val="24"/>
        </w:rPr>
        <w:t>第五部分 明年工作打算（约300字）：2027年，我将继续立足本职岗位，从以下几个方面努力：一是加强学习，不断提高政治素质和业务能力；二是改进工作方法，提高工作效率和质量；三是增强服务意识，更好地为群众和同事服务；四是严格要求自己，遵守各项纪律规定，争取在新的一年取得更大进步。</w:t>
      </w:r>
    </w:p>
    <w:p>
      <w:r>
        <w:rPr>
          <w:rFonts w:ascii="SimSun" w:hAnsi="SimSun"/>
          <w:b w:val="0"/>
          <w:sz w:val="24"/>
        </w:rPr>
        <w:t>结尾（约100字）：以上是我2026年度的工作总结，不当之处，恳请领导和同事们批评指正。在新的一年里，我将以更加饱满的热情投入到工作中，不辜负组织的信任和期望。</w:t>
      </w:r>
    </w:p>
    <w:p>
      <w:r>
        <w:rPr>
          <w:rFonts w:ascii="SimSun" w:hAnsi="SimSun"/>
          <w:b w:val="0"/>
          <w:sz w:val="24"/>
        </w:rPr>
      </w:r>
    </w:p>
    <w:p>
      <w:r>
        <w:rPr>
          <w:rFonts w:ascii="SimSun" w:hAnsi="SimSun"/>
          <w:b/>
          <w:sz w:val="28"/>
        </w:rPr>
        <w:t>三、五篇不同岗位范文要点（节选）</w:t>
      </w:r>
    </w:p>
    <w:p>
      <w:r>
        <w:rPr>
          <w:rFonts w:ascii="SimSun" w:hAnsi="SimSun"/>
          <w:b w:val="0"/>
          <w:sz w:val="24"/>
        </w:rPr>
        <w:t>1.教师岗位：突出教学工作量、班级管理、学生成绩提升、教研活动参与、师德师风建设，重点写公开课、课题研究、学生获奖情况。</w:t>
      </w:r>
    </w:p>
    <w:p>
      <w:r>
        <w:rPr>
          <w:rFonts w:ascii="SimSun" w:hAnsi="SimSun"/>
          <w:b w:val="0"/>
          <w:sz w:val="24"/>
        </w:rPr>
        <w:t>2.医护人员：突出接诊量、护理操作规范、医疗安全零差错、继续医学教育学分完成情况、患者满意度。</w:t>
      </w:r>
    </w:p>
    <w:p>
      <w:r>
        <w:rPr>
          <w:rFonts w:ascii="SimSun" w:hAnsi="SimSun"/>
          <w:b w:val="0"/>
          <w:sz w:val="24"/>
        </w:rPr>
        <w:t>3.企业员工：突出KPI完成率、项目交付情况、客户满意度、团队协作贡献、技能证书考取。</w:t>
      </w:r>
    </w:p>
    <w:p>
      <w:r>
        <w:rPr>
          <w:rFonts w:ascii="SimSun" w:hAnsi="SimSun"/>
          <w:b w:val="0"/>
          <w:sz w:val="24"/>
        </w:rPr>
        <w:t>4.基层干部：突出入户走访户数、政策宣传次数、民生实事办理件数、矛盾纠纷化解情况、群众评价。</w:t>
      </w:r>
    </w:p>
    <w:p>
      <w:r>
        <w:rPr>
          <w:rFonts w:ascii="SimSun" w:hAnsi="SimSun"/>
          <w:b w:val="0"/>
          <w:sz w:val="24"/>
        </w:rPr>
        <w:t>5.机关文员：突出公文写作篇数、会务组织场次、文件流转效率、保密工作零事故、档案整理规范。</w:t>
      </w:r>
    </w:p>
    <w:p>
      <w:r>
        <w:rPr>
          <w:rFonts w:ascii="SimSun" w:hAnsi="SimSun"/>
          <w:b w:val="0"/>
          <w:sz w:val="24"/>
        </w:rPr>
      </w:r>
    </w:p>
    <w:p>
      <w:r>
        <w:rPr>
          <w:rFonts w:ascii="SimSun" w:hAnsi="SimSun"/>
          <w:b/>
          <w:sz w:val="28"/>
        </w:rPr>
        <w:t>四、写作技巧提示</w:t>
      </w:r>
    </w:p>
    <w:p>
      <w:r>
        <w:rPr>
          <w:rFonts w:ascii="SimSun" w:hAnsi="SimSun"/>
          <w:b w:val="0"/>
          <w:sz w:val="24"/>
        </w:rPr>
        <w:t>1.用数据说话：把“做了很多工作”换成“全年办理业务860件、撰写材料42篇、组织会议15场”，更有说服力。2.结构清晰：全文采用总分总结构，每部分用标题分层，领导扫一眼就能抓住重点。3.实事求是：成绩不夸大、问题不回避，既不虚报数据，也不过度自贬。4.详略得当：重点工作详细写、常规工作简要写，篇幅控制在2000-3000字为宜。5.语言规范：多用“在……下”“通过……”“坚持……”等公文惯用句式，少用口语化表达。</w:t>
      </w:r>
    </w:p>
    <w:p>
      <w:r>
        <w:rPr>
          <w:rFonts w:ascii="SimSun" w:hAnsi="SimSun"/>
          <w:b w:val="0"/>
          <w:sz w:val="24"/>
        </w:rPr>
      </w:r>
    </w:p>
    <w:p>
      <w:r>
        <w:rPr>
          <w:rFonts w:ascii="SimSun" w:hAnsi="SimSun"/>
          <w:b/>
          <w:sz w:val="28"/>
        </w:rPr>
        <w:t>五、完整范文一篇（通用岗位，可直接改写）</w:t>
      </w:r>
    </w:p>
    <w:p>
      <w:r>
        <w:rPr>
          <w:rFonts w:ascii="SimSun" w:hAnsi="SimSun"/>
          <w:b/>
          <w:sz w:val="24"/>
        </w:rPr>
        <w:t>2026年度个人工作总结</w:t>
      </w:r>
    </w:p>
    <w:p>
      <w:r>
        <w:rPr>
          <w:rFonts w:ascii="SimSun" w:hAnsi="SimSun"/>
          <w:b w:val="0"/>
          <w:sz w:val="24"/>
        </w:rPr>
        <w:t>时光飞逝，转眼间2026年已经接近尾声。回顾过去一年，在单位领导的关心指导下，在同事们的支持帮助下，我始终以认真负责的态度对待本职工作，较好地完成了各项任务。现将一年来的工作情况总结如下。</w:t>
      </w:r>
    </w:p>
    <w:p>
      <w:r>
        <w:rPr>
          <w:rFonts w:ascii="SimSun" w:hAnsi="SimSun"/>
          <w:b w:val="0"/>
          <w:sz w:val="24"/>
        </w:rPr>
        <w:t>一、思想政治方面。一年来，我认真学习党的路线方针政策，积极参加单位组织的政治学习和主题党日活动，思想政治素质进一步提高。工作中我始终把纪律和规矩挺在前面，自觉遵守各项规章制度，服从组织安排，从未发生违纪违规问题。在作风建设上，坚持实事求是、严谨细致，做到办事讲程序、工作讲效率。</w:t>
      </w:r>
    </w:p>
    <w:p>
      <w:r>
        <w:rPr>
          <w:rFonts w:ascii="SimSun" w:hAnsi="SimSun"/>
          <w:b w:val="0"/>
          <w:sz w:val="24"/>
        </w:rPr>
        <w:t>二、主要工作完成情况。一是日常事务性工作。全年共办理各类审批事项635件，处理群众来电来访咨询420余人次，均做到事事有着落、件件有回音，未发生一起因办理不及时引发的投诉。二是文字材料工作。全年起草各类工作总结、汇报材料、通知文件56篇，约18万字，均按时保质完成，其中多篇材料被上级部门转发参考。三是重点工作推进。积极参与单位信息化平台升级改造工作，负责数据整理与测试环节，与同事连续加班三周，确保了系统按期上线运行，工作效率较旧系统提升约40%。四是学习提升。利用业余时间参加业务培训3期，考取了XX专业资格证书，撰写业务论文1篇并获奖。</w:t>
      </w:r>
    </w:p>
    <w:p>
      <w:r>
        <w:rPr>
          <w:rFonts w:ascii="SimSun" w:hAnsi="SimSun"/>
          <w:b w:val="0"/>
          <w:sz w:val="24"/>
        </w:rPr>
        <w:t>三、工作中的亮点与成绩。一是审批事项办理时限平均压缩了30%，群众满意度测评达到98%以上；二是在信息化平台建设中形成了成熟的数据迁移方案，为单位节约外包经费约5万元；三是个人被评选为单位年度“服务标兵”。这些成绩的取得，离不开组织的培养和同事们的帮助。</w:t>
      </w:r>
    </w:p>
    <w:p>
      <w:r>
        <w:rPr>
          <w:rFonts w:ascii="SimSun" w:hAnsi="SimSun"/>
          <w:b w:val="0"/>
          <w:sz w:val="24"/>
        </w:rPr>
        <w:t>四、存在的不足。一是理论学习还不够深入系统，存在以干代学、学用脱节的现象；二是工作创新意识不强，遇到新情况新问题习惯于套用老办法，解决问题的办法还不够多；三是统筹协调能力有待加强，个别工作任务多、时间紧时，存在顾此失彼的情况。</w:t>
      </w:r>
    </w:p>
    <w:p>
      <w:r>
        <w:rPr>
          <w:rFonts w:ascii="SimSun" w:hAnsi="SimSun"/>
          <w:b w:val="0"/>
          <w:sz w:val="24"/>
        </w:rPr>
        <w:t>五、明年工作打算。2027年，我将从以下方面努力：一是制定系统的学习计划，每周固定学习时间，不断提升政治素质和业务能力；二是改进工作方法，学习运用数字化工具提高工作效率；三是增强主动服务意识，变“等群众上门”为“主动对接需求”；四是严格遵守各项纪律规定，廉洁自律，争取在新的一年里取得更大的进步。</w:t>
      </w:r>
    </w:p>
    <w:p>
      <w:r>
        <w:rPr>
          <w:rFonts w:ascii="SimSun" w:hAnsi="SimSun"/>
          <w:b w:val="0"/>
          <w:sz w:val="24"/>
        </w:rPr>
        <w:t>以上是我2026年度的工作总结，不足之处，恳请领导和同事们批评指正。</w:t>
      </w:r>
    </w:p>
    <w:p>
      <w:r>
        <w:rPr>
          <w:rFonts w:ascii="SimSun" w:hAnsi="SimSun"/>
          <w:b w:val="0"/>
          <w:sz w:val="24"/>
        </w:rPr>
      </w:r>
    </w:p>
    <w:p>
      <w:r>
        <w:rPr>
          <w:rFonts w:ascii="SimSun" w:hAnsi="SimSun"/>
          <w:b/>
          <w:sz w:val="28"/>
        </w:rPr>
        <w:t>六、写作常见问题解答</w:t>
      </w:r>
    </w:p>
    <w:p>
      <w:r>
        <w:rPr>
          <w:rFonts w:ascii="SimSun" w:hAnsi="SimSun"/>
          <w:b w:val="0"/>
          <w:sz w:val="24"/>
        </w:rPr>
        <w:t>问1：总结写多长合适？答：一般岗位2000-3000字即可，领导汇报用的一般1500-2000字，评优申报材料可以写到3000字以上，关键是内容充实、数据真实，不是越长越好。</w:t>
      </w:r>
    </w:p>
    <w:p>
      <w:r>
        <w:rPr>
          <w:rFonts w:ascii="SimSun" w:hAnsi="SimSun"/>
          <w:b w:val="0"/>
          <w:sz w:val="24"/>
        </w:rPr>
        <w:t>问2：成绩不多怎么写？答：把“常规工作”写出条理也是成绩。分条列项写清楚“做了多少件、服务了多少人、保证了什么效果”，平凡岗位同样能写出内容。</w:t>
      </w:r>
    </w:p>
    <w:p>
      <w:r>
        <w:rPr>
          <w:rFonts w:ascii="SimSun" w:hAnsi="SimSun"/>
          <w:b w:val="0"/>
          <w:sz w:val="24"/>
        </w:rPr>
        <w:t>问3：问题不足怎么写才不“自曝其短”？答：写共性问题加改进方向，比如“创新意识不强，明年将学习运用新工具”，既真实又不伤形象，千万不要写原则性错误。</w:t>
      </w:r>
    </w:p>
    <w:p>
      <w:r>
        <w:rPr>
          <w:rFonts w:ascii="SimSun" w:hAnsi="SimSun"/>
          <w:b w:val="0"/>
          <w:sz w:val="24"/>
        </w:rPr>
        <w:t>问4：要不要写对领导的感谢？答：开头结尾带一句“在领导关心和同事帮助下”即可，单独成段反而显得客套。</w:t>
      </w:r>
    </w:p>
    <w:p>
      <w:r>
        <w:rPr>
          <w:rFonts w:ascii="SimSun" w:hAnsi="SimSun"/>
          <w:b w:val="0"/>
          <w:sz w:val="24"/>
        </w:rPr>
        <w:t>问5：去年写过一样的还能写吗？答：内容和数据必须更新，结构可以沿用，但今年的重点工作、新成绩、新打算要写清楚，避免两份总结雷同。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