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科级干部竞聘上岗演讲稿范文（含写作框架与演讲技巧）</w:t>
      </w:r>
    </w:p>
    <w:p>
      <w:pPr>
        <w:pStyle w:val="Heading1"/>
      </w:pPr>
      <w:r>
        <w:t>一、竞聘演讲稿完整范文</w:t>
      </w:r>
    </w:p>
    <w:p>
      <w:r>
        <w:t>尊敬的各位领导、各位评委、同志们：</w:t>
      </w:r>
    </w:p>
    <w:p>
      <w:r>
        <w:t>大家好！今天，我怀着激动而又忐忑的心情站在这里，参加XX科科长岗位的公开竞聘。首先，感谢组织给了我们这次公开展示、公平竞争的机会，也衷心感谢各位领导和同志们多年来对我的培养、信任与帮助。</w:t>
      </w:r>
    </w:p>
    <w:p>
      <w:r>
        <w:t>我叫张伟，今年38岁，大学本科学历，中共党员，2010年参加工作。十五年来，我先后在乡镇基层站所、业务科室和机关办公室多个岗位历练，现任副主任科员。多岗位的磨练，让我对XX领域的政策法规、业务流程和基层实情有了比较系统的把握，也积累了一些组织协调、文字综合和处理复杂问题的经验。这些年，我牵头完成了三次专题调研，主笔的多份调研报告被上级部门采用转发；在疫情防控、防汛值班、信访维稳这些急难险重任务面前，我始终主动请缨、冲在一线，连续两年年度考核被评为优秀等次，三次荣获先进个人嘉奖。</w:t>
      </w:r>
    </w:p>
    <w:p>
      <w:r>
        <w:t>之所以勇敢地站出来竞聘这个岗位，一是我对这份工作有感情、有了解，知道难点在哪里、突破口在哪里；二是我有一股不服输、敢担当的劲头，愿意把全部精力投入到科室建设中去；三是我相信，在单位党组的坚强领导下，依靠科室全体同志的共同努力，我们一定能把工作干出样子、干出成效。</w:t>
      </w:r>
    </w:p>
    <w:p>
      <w:r>
        <w:t>如果这次能够竞聘成功，我将从三个方面努力：第一，抓学习、带队伍，尽快进入角色，既当科长又当教员，把科室每一位同志的积极性和创造力充分调动起来，打造一支团结、干事、干净的队伍；第二，抓业务、求实效，紧紧围绕单位中心工作，把年度重点任务分解到岗、责任到人，建立台账、定期督办，用实实在在的工作成效说话，不搞花架子；第三，抓廉洁、守底线，要求别人做到的自己首先做到，公道正派、不徇私情，凡是按制度办、按程序走，自觉接受组织和同志们的监督。</w:t>
      </w:r>
    </w:p>
    <w:p>
      <w:r>
        <w:t>如果这次没有竞聘成功，我也一定会正确对待，决不背包袱、决不闹情绪，继续在本职岗位上踏踏实实把工作干好。无论结果如何，我都将以今天作为新的起点。请各位领导、各位评委考验我！谢谢大家！</w:t>
      </w:r>
    </w:p>
    <w:p>
      <w:pPr>
        <w:jc w:val="right"/>
      </w:pPr>
      <w:r>
        <w:t>演讲人：张伟</w:t>
      </w:r>
    </w:p>
    <w:p>
      <w:pPr>
        <w:jc w:val="right"/>
      </w:pPr>
      <w:r>
        <w:t>2026年10月19日</w:t>
      </w:r>
    </w:p>
    <w:p>
      <w:pPr>
        <w:pStyle w:val="Heading1"/>
      </w:pPr>
      <w:r>
        <w:t>二、竞聘演讲稿写作框架</w:t>
      </w:r>
    </w:p>
    <w:p>
      <w:pPr>
        <w:pStyle w:val="Heading2"/>
      </w:pPr>
      <w:r>
        <w:t>第一部分：开场问候与竞聘表态</w:t>
      </w:r>
    </w:p>
    <w:p>
      <w:r>
        <w:t>向评委和听众问好，感谢组织提供公开竞争的机会，开门见山说明自己竞聘的岗位名称。态度要谦逊而自信，不卑不亢，切忌一上来就吹嘘自己。</w:t>
      </w:r>
    </w:p>
    <w:p>
      <w:pPr>
        <w:pStyle w:val="Heading2"/>
      </w:pPr>
      <w:r>
        <w:t>第二部分：个人基本情况与竞争优势</w:t>
      </w:r>
    </w:p>
    <w:p>
      <w:r>
        <w:t>简要介绍年龄、学历、政治面貌、工作年限和主要岗位经历。竞争优势部分一定要用事实和数据说话，比如牵头过什么项目、获得过什么荣誉、解决过什么难题、业务上有什么专长，切忌空喊“我能力强、我作风硬、我经验丰富”这类没有说服力的口号。</w:t>
      </w:r>
    </w:p>
    <w:p>
      <w:pPr>
        <w:pStyle w:val="Heading2"/>
      </w:pPr>
      <w:r>
        <w:t>第三部分：上岗后的工作思路（核心）</w:t>
      </w:r>
    </w:p>
    <w:p>
      <w:r>
        <w:t>这是整篇演讲稿的重心，一般分三到四条，每条先用一句话概括，再用几句话展开具体举措。通常涵盖三个维度：带队伍（做人）、抓业务（干事）、守廉洁（底线）。思路要贴合岗位实际，措施要具体可行，让评委听得出你是真思考过、真能上手。</w:t>
      </w:r>
    </w:p>
    <w:p>
      <w:pPr>
        <w:pStyle w:val="Heading2"/>
      </w:pPr>
      <w:r>
        <w:t>第四部分：落选态度与结尾致谢</w:t>
      </w:r>
    </w:p>
    <w:p>
      <w:r>
        <w:t>表态无论竞聘成功与否都将正确对待，展现一个干部应有的胸怀和格局，最后鞠躬致谢、从容退场。</w:t>
      </w:r>
    </w:p>
    <w:p>
      <w:pPr>
        <w:pStyle w:val="Heading1"/>
      </w:pPr>
      <w:r>
        <w:t>三、演讲技巧提醒</w:t>
      </w:r>
    </w:p>
    <w:p>
      <w:r>
        <w:t>一是控制好时长，科级干部竞聘演讲一般八到十分钟，稿件一千五百字左右最为合适；二是尽量脱稿演讲，多与评委进行眼神交流，不要全程低头念稿；三是语速要放慢，重点词句适当加重、停顿，给评委留出消化和打分的时间；四是着装正式，深色西装、浅色衬衫、稳重领带，体现干部的精神面貌；五是提前到场熟悉话筒、讲台和台位，演讲结束鞠躬后稳步退场。</w:t>
      </w:r>
    </w:p>
    <w:p>
      <w:pPr>
        <w:pStyle w:val="Heading1"/>
      </w:pPr>
      <w:r>
        <w:t>四、竞岗后三年工作设想（补充）</w:t>
      </w:r>
    </w:p>
    <w:p>
      <w:r>
        <w:t>如果竞聘成功，我给自己定下“一年打基础、两年见成效、三年上台阶”的目标。第一年，重点是摸清科室家底，建立健全岗位责任制和学习制度，把日常业务流程理顺，做到人人肩上有担子；第二年，聚焦一两项重点工作打造亮点，争取在上级考核中进位次、出经验，同时培养一两个业务骨干挑大梁；第三年，推动科室工作规范化、品牌化，形成可复制可推广的做法，让同事们工作有奔头、成长有通道。我深知，科长这个岗位不是权力，而是责任；不是待遇，而是担当。我将以这次竞聘为动力，用实实在在的工作回报组织的信任。</w:t>
      </w:r>
    </w:p>
    <w:p>
      <w:r>
        <w:t>最后我想说，公开展聘是组织给我们搭建的舞台，无论今天结果如何，能够站在这里，本身就是一次难得的锻炼。我会把评委的提问和同志们的期待记在心里，把不足写进整改清单。请各位领导放心，我一定做到在其位谋其政、任其职尽其责，以忠诚干净担当的实际行动，交上一份让组织满意、让同事认可的答卷。再次感谢大家的聆听！</w:t>
      </w:r>
    </w:p>
    <w:p>
      <w:r>
        <w:t>为了便于大家参考使用，本演讲稿提供了完整范文和四段式写作框架。使用者可根据自身岗位（如办公室主任、业务科长、乡镇副职等）替换具体事例和工作思路，但务必保留“情况介绍—优势底气—工作思路—落选态度”这条主线，切忌空话套话连篇。演讲前建议对着镜子试讲两三遍，掐准时间，做到胸有成竹、从容不迫，用真诚和实力赢得评委的认可。</w:t>
      </w:r>
    </w:p>
    <w:p>
      <w:r>
        <w:t>祝各位竞聘者都能发挥出最佳水平，心想事成、岗尽其才、不负组织重托。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