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公司年会主持人串词（完整版男女双人主持）</w:t>
      </w:r>
    </w:p>
    <w:p>
      <w:r>
        <w:rPr>
          <w:b/>
          <w:sz w:val="22"/>
        </w:rPr>
        <w:t>【开场前5分钟提示音乐起，灯光渐暗】</w:t>
      </w:r>
    </w:p>
    <w:p>
      <w:pPr>
        <w:pStyle w:val="Heading1"/>
      </w:pPr>
      <w:r>
        <w:t>一、开场环节</w:t>
      </w:r>
    </w:p>
    <w:p>
      <w:r>
        <w:rPr>
          <w:sz w:val="22"/>
        </w:rPr>
        <w:t>男：尊敬的各位领导、各位来宾！</w:t>
      </w:r>
    </w:p>
    <w:p>
      <w:r>
        <w:rPr>
          <w:sz w:val="22"/>
        </w:rPr>
        <w:t>女：亲爱的同事们、朋友们！</w:t>
      </w:r>
    </w:p>
    <w:p>
      <w:r>
        <w:rPr>
          <w:sz w:val="22"/>
        </w:rPr>
        <w:t>合：大家晚上好！</w:t>
      </w:r>
    </w:p>
    <w:p>
      <w:r>
        <w:rPr>
          <w:sz w:val="22"/>
        </w:rPr>
        <w:t>男：辞旧岁风雨同舟路，迎新春再踏新征程。在这辞旧迎新的美好时刻，我们欢聚一堂，共同迎接2027年的到来。</w:t>
      </w:r>
    </w:p>
    <w:p>
      <w:r>
        <w:rPr>
          <w:sz w:val="22"/>
        </w:rPr>
        <w:t>女：回首2026，我们并肩作战，用汗水浇灌收获，以实干笃定前行。这一年，我们经历了市场的风云变幻，也见证了公司的稳健发展；这一年，有拼搏的艰辛，更有成功的喜悦。</w:t>
      </w:r>
    </w:p>
    <w:p>
      <w:r>
        <w:rPr>
          <w:sz w:val="22"/>
        </w:rPr>
        <w:t>男：今天，让我们卸下一年的疲惫，放下工作的紧张，在这里尽情欢歌、尽情笑语。</w:t>
      </w:r>
    </w:p>
    <w:p>
      <w:r>
        <w:rPr>
          <w:sz w:val="22"/>
        </w:rPr>
        <w:t>女：今天，让我们用歌声唱出青春的活力，用舞蹈跳出心中的喜悦，用掌声送给每一个不平凡的自己。</w:t>
      </w:r>
    </w:p>
    <w:p>
      <w:r>
        <w:rPr>
          <w:sz w:val="22"/>
        </w:rPr>
        <w:t>男：我是今晚的主持人XXX！</w:t>
      </w:r>
    </w:p>
    <w:p>
      <w:r>
        <w:rPr>
          <w:sz w:val="22"/>
        </w:rPr>
        <w:t>女：我是今晚的主持人XXX！</w:t>
      </w:r>
    </w:p>
    <w:p>
      <w:r>
        <w:rPr>
          <w:sz w:val="22"/>
        </w:rPr>
        <w:t>合：现在，我们宣布——XXX公司2027年新春年会正式开始！</w:t>
      </w:r>
    </w:p>
    <w:p>
      <w:r>
        <w:rPr>
          <w:b/>
          <w:sz w:val="22"/>
        </w:rPr>
        <w:t>【掌声雷动，礼炮彩带齐放】</w:t>
      </w:r>
    </w:p>
    <w:p>
      <w:pPr>
        <w:pStyle w:val="Heading1"/>
      </w:pPr>
      <w:r>
        <w:t>二、领导致辞环节</w:t>
      </w:r>
    </w:p>
    <w:p>
      <w:r>
        <w:rPr>
          <w:sz w:val="22"/>
        </w:rPr>
        <w:t>男：每一份成绩的取得，都离不开掌舵人的领航定向。</w:t>
      </w:r>
    </w:p>
    <w:p>
      <w:r>
        <w:rPr>
          <w:sz w:val="22"/>
        </w:rPr>
        <w:t>女：每一步前行的足迹，都凝聚着决策者的智慧和担当。</w:t>
      </w:r>
    </w:p>
    <w:p>
      <w:r>
        <w:rPr>
          <w:sz w:val="22"/>
        </w:rPr>
        <w:t>男：下面，让我们用最热烈的掌声，有请公司董事长XXX先生上台为年会致辞！大家掌声欢迎！</w:t>
      </w:r>
    </w:p>
    <w:p>
      <w:r>
        <w:rPr>
          <w:sz w:val="22"/>
        </w:rPr>
        <w:t>【董事长上台致辞，背景音乐轻柔】</w:t>
      </w:r>
    </w:p>
    <w:p>
      <w:r>
        <w:rPr>
          <w:sz w:val="22"/>
        </w:rPr>
        <w:t>女：感谢董事长热情洋溢的致辞！董事长的话既肯定了我们一年来的努力，也为新一年的发展指明了方向。让我们再次把掌声送给董事长！</w:t>
      </w:r>
    </w:p>
    <w:p>
      <w:pPr>
        <w:pStyle w:val="Heading1"/>
      </w:pPr>
      <w:r>
        <w:t>三、优秀员工颁奖环节</w:t>
      </w:r>
    </w:p>
    <w:p>
      <w:r>
        <w:rPr>
          <w:sz w:val="22"/>
        </w:rPr>
        <w:t>男：榜样的力量是无穷的。在我们身边，总有这样一群人，他们爱岗敬业、开拓进取，用实际行动诠释着责任与担当。</w:t>
      </w:r>
    </w:p>
    <w:p>
      <w:r>
        <w:rPr>
          <w:sz w:val="22"/>
        </w:rPr>
        <w:t>女：他们是公司发展路上的排头兵，是我们学习的好榜样。接下来进入今晚的第一个重磅环节——2026年度优秀员工颁奖典礼！</w:t>
      </w:r>
    </w:p>
    <w:p>
      <w:r>
        <w:rPr>
          <w:sz w:val="22"/>
        </w:rPr>
        <w:t>男：获得2026年度优秀员工称号的是——有请大家看大屏幕！</w:t>
      </w:r>
    </w:p>
    <w:p>
      <w:r>
        <w:rPr>
          <w:sz w:val="22"/>
        </w:rPr>
        <w:t>【大屏幕播放获奖名单，背景音乐《豪勇七蛟龙》起】</w:t>
      </w:r>
    </w:p>
    <w:p>
      <w:r>
        <w:rPr>
          <w:sz w:val="22"/>
        </w:rPr>
        <w:t>女：让我们用热烈的掌声有请获奖同事上台领奖！同时有请公司总经理XXX先生、副总经理XXX女士上台为获奖同事颁奖！</w:t>
      </w:r>
    </w:p>
    <w:p>
      <w:r>
        <w:rPr>
          <w:sz w:val="22"/>
        </w:rPr>
        <w:t>【颁奖、合影留念】</w:t>
      </w:r>
    </w:p>
    <w:p>
      <w:r>
        <w:rPr>
          <w:sz w:val="22"/>
        </w:rPr>
        <w:t>男：让我们再次以热烈的掌声祝贺所有获奖的同事！希望大家在新的一年里再接再厉，再创佳绩！</w:t>
      </w:r>
    </w:p>
    <w:p>
      <w:pPr>
        <w:pStyle w:val="Heading1"/>
      </w:pPr>
      <w:r>
        <w:t>四、节目串词（节选）</w:t>
      </w:r>
    </w:p>
    <w:p>
      <w:r>
        <w:rPr>
          <w:sz w:val="22"/>
        </w:rPr>
        <w:t>女：感谢颁奖嘉宾和获奖同事！激动人心的颁奖过后，让我们放松心情，欣赏由行政部的美女们为大家带来的舞蹈《欢天喜地迎新春》！掌声有请！</w:t>
      </w:r>
    </w:p>
    <w:p>
      <w:r>
        <w:rPr>
          <w:sz w:val="22"/>
        </w:rPr>
        <w:t>【舞蹈节目表演】</w:t>
      </w:r>
    </w:p>
    <w:p>
      <w:r>
        <w:rPr>
          <w:sz w:val="22"/>
        </w:rPr>
        <w:t>男：好一支欢天喜地！跳出了我们中国人过年的精气神，也跳出了我们公司蒸蒸日上的好兆头！</w:t>
      </w:r>
    </w:p>
    <w:p>
      <w:r>
        <w:rPr>
          <w:sz w:val="22"/>
        </w:rPr>
        <w:t>女：是啊！看完了热情洋溢的舞蹈，接下来让我们安静下来，听一段娓娓道来的声音。有请销售部XXX为大家带来诗朗诵《我们的时代》。</w:t>
      </w:r>
    </w:p>
    <w:p>
      <w:r>
        <w:rPr>
          <w:sz w:val="22"/>
        </w:rPr>
        <w:t>【诗朗诵表演】</w:t>
      </w:r>
    </w:p>
    <w:p>
      <w:r>
        <w:rPr>
          <w:sz w:val="22"/>
        </w:rPr>
        <w:t>男：好！不愧是销售部的金牌口才！这段朗诵让人热血沸腾，心潮澎湃。</w:t>
      </w:r>
    </w:p>
    <w:p>
      <w:r>
        <w:rPr>
          <w:sz w:val="22"/>
        </w:rPr>
        <w:t>女：接下来，更有好戏在后头！技术部的小伙子们听说年会要表演节目，憋了大半年的大招终于要放出来了。他们要带来的是——乐队弹唱《怒放的生命》！掌声响起来！</w:t>
      </w:r>
    </w:p>
    <w:p>
      <w:pPr>
        <w:pStyle w:val="Heading1"/>
      </w:pPr>
      <w:r>
        <w:t>五、抽奖环节</w:t>
      </w:r>
    </w:p>
    <w:p>
      <w:r>
        <w:rPr>
          <w:sz w:val="22"/>
        </w:rPr>
        <w:t>男：又到了大家最期待的抽奖时间了！我看到台下的眼睛都亮起来了。</w:t>
      </w:r>
    </w:p>
    <w:p>
      <w:r>
        <w:rPr>
          <w:sz w:val="22"/>
        </w:rPr>
        <w:t>女：没错！今晚我们设置了幸运奖20名、三等奖10名、二等奖5名、一等奖2名，还有神秘大奖1名！奖品丰厚，人人有机会！</w:t>
      </w:r>
    </w:p>
    <w:p>
      <w:r>
        <w:rPr>
          <w:sz w:val="22"/>
        </w:rPr>
        <w:t>男：首先抽取的是幸运奖20名！有请XXX部门经理XXX上台为我们抽奖！大屏幕滚动起来——停！恭喜这20位幸运的同事！</w:t>
      </w:r>
    </w:p>
    <w:p>
      <w:r>
        <w:rPr>
          <w:sz w:val="22"/>
        </w:rPr>
        <w:t>【抽奖互动】</w:t>
      </w:r>
    </w:p>
    <w:p>
      <w:r>
        <w:rPr>
          <w:sz w:val="22"/>
        </w:rPr>
        <w:t>女：好紧张！接下来抽取三等奖10名！有请XXX总上台！</w:t>
      </w:r>
    </w:p>
    <w:p>
      <w:pPr>
        <w:pStyle w:val="Heading1"/>
      </w:pPr>
      <w:r>
        <w:t>六、结束语</w:t>
      </w:r>
    </w:p>
    <w:p>
      <w:r>
        <w:rPr>
          <w:sz w:val="22"/>
        </w:rPr>
        <w:t>男：快乐的时光总是短暂，不知不觉我们的年会已接近尾声。</w:t>
      </w:r>
    </w:p>
    <w:p>
      <w:r>
        <w:rPr>
          <w:sz w:val="22"/>
        </w:rPr>
        <w:t>女：美好的夜晚总是难忘，太多的不舍留在心间。</w:t>
      </w:r>
    </w:p>
    <w:p>
      <w:r>
        <w:rPr>
          <w:sz w:val="22"/>
        </w:rPr>
        <w:t>男：回首过往，我们深情豪迈；展望未来，我们自信满怀！</w:t>
      </w:r>
    </w:p>
    <w:p>
      <w:r>
        <w:rPr>
          <w:sz w:val="22"/>
        </w:rPr>
        <w:t>女：新的一年，让我们携手并肩、同舟共济，共同创造更加辉煌灿烂的明天！</w:t>
      </w:r>
    </w:p>
    <w:p>
      <w:r>
        <w:rPr>
          <w:sz w:val="22"/>
        </w:rPr>
        <w:t>男：亲爱的同事们！</w:t>
      </w:r>
    </w:p>
    <w:p>
      <w:r>
        <w:rPr>
          <w:sz w:val="22"/>
        </w:rPr>
        <w:t>女：亲爱的朋友们！</w:t>
      </w:r>
    </w:p>
    <w:p>
      <w:r>
        <w:rPr>
          <w:sz w:val="22"/>
        </w:rPr>
        <w:t>合：XXX公司2027年新春年会到此结束！祝大家新年快乐、万事如意、阖家幸福！我们明年再见！</w:t>
      </w:r>
    </w:p>
    <w:p>
      <w:r>
        <w:rPr>
          <w:b/>
          <w:sz w:val="22"/>
        </w:rPr>
        <w:t>【《难忘今宵》背景音乐起，全体演员上台谢幕】</w:t>
      </w:r>
    </w:p>
    <w:p>
      <w:pPr>
        <w:pStyle w:val="Heading1"/>
      </w:pPr>
      <w:r>
        <w:t>七、中间互动游戏环节串词</w:t>
      </w:r>
    </w:p>
    <w:p>
      <w:r>
        <w:rPr>
          <w:sz w:val="22"/>
        </w:rPr>
        <w:t>男：节目看了不少，奖也抽了几轮，接下来咱们动一动，玩个小游戏热热身。</w:t>
      </w:r>
    </w:p>
    <w:p>
      <w:r>
        <w:rPr>
          <w:sz w:val="22"/>
        </w:rPr>
        <w:t>女：没错！这个游戏的名字叫公司成语接龙。规则很简单：我先说一个成语，比如开工大吉，下一位同事要用这个成语的最后一个字开头说新成语，接不上来的要表演一个小节目哦。</w:t>
      </w:r>
    </w:p>
    <w:p>
      <w:r>
        <w:rPr>
          <w:sz w:val="22"/>
        </w:rPr>
        <w:t>男：大家踊跃参与啊！参与就有精美小礼品一份！来，从第一桌开始——</w:t>
      </w:r>
    </w:p>
    <w:p>
      <w:r>
        <w:rPr>
          <w:sz w:val="22"/>
        </w:rPr>
        <w:t>【游戏进行约15分钟，背景音乐轻松活泼】</w:t>
      </w:r>
    </w:p>
    <w:p>
      <w:r>
        <w:rPr>
          <w:sz w:val="22"/>
        </w:rPr>
        <w:t>女：大家太棒了！我看出来了，咱们公司真是藏龙卧虎，不光业务做得好，肚子里的墨水也不少！</w:t>
      </w:r>
    </w:p>
    <w:p>
      <w:r>
        <w:rPr>
          <w:sz w:val="22"/>
        </w:rPr>
        <w:t>男：笑也笑过了，玩也玩过了。接下来要进入今晚最最激动人心的时刻了——一等奖和特等奖到底花落谁家？我看到有人手心都出汗了。</w:t>
      </w:r>
    </w:p>
    <w:p>
      <w:r>
        <w:rPr>
          <w:sz w:val="22"/>
        </w:rPr>
        <w:t>女：那就别卖关子了！有请公司董事长XXX先生上台，为我们抽取今晚的一等奖2名！</w:t>
      </w:r>
    </w:p>
    <w:p>
      <w:r>
        <w:rPr>
          <w:sz w:val="22"/>
        </w:rPr>
        <w:t>男：大屏幕滚动起来——停！恭喜！恭喜这两位同事！他们将获得价值3000元的品牌手机一部！</w:t>
      </w:r>
    </w:p>
    <w:p>
      <w:r>
        <w:rPr>
          <w:sz w:val="22"/>
        </w:rPr>
        <w:t>女：最后，最最重磅的特等奖！到底是谁？让我们屏住呼吸——有请董事长揭晓！</w:t>
      </w:r>
    </w:p>
    <w:p>
      <w:r>
        <w:rPr>
          <w:sz w:val="22"/>
        </w:rPr>
        <w:t>男：恭喜XXX部门的XXX！获得特等奖iPhone手机一台！太幸运了！</w:t>
      </w:r>
    </w:p>
    <w:p>
      <w:pPr>
        <w:pStyle w:val="Heading1"/>
      </w:pPr>
      <w:r>
        <w:t>八、年会注意事项提示</w:t>
      </w:r>
    </w:p>
    <w:p>
      <w:r>
        <w:rPr>
          <w:sz w:val="22"/>
        </w:rPr>
        <w:t>男：提醒一下大家，今晚聚餐后如需打车回家，公司统一安排了接送车辆，在酒店门口凭工牌上车。</w:t>
      </w:r>
    </w:p>
    <w:p>
      <w:r>
        <w:rPr>
          <w:sz w:val="22"/>
        </w:rPr>
        <w:t>女：喝了酒的同事千万不要自己开车，也不要骑电动车，安全第一。酒店三楼还有休息区，可以稍作休息再走。</w:t>
      </w:r>
    </w:p>
    <w:p>
      <w:r>
        <w:rPr>
          <w:sz w:val="22"/>
        </w:rPr>
        <w:t>男：明后天是休息日，大家好好休息、调整状态。节后回来咱们继续撸起袖子加油干！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