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入党申请书（标准格式模板）</w:t>
      </w:r>
    </w:p>
    <w:p>
      <w:pPr>
        <w:pStyle w:val="Heading1"/>
      </w:pPr>
      <w:r>
        <w:t>一、入党申请书的基本格式与书写要求</w:t>
      </w:r>
    </w:p>
    <w:p>
      <w:r>
        <w:t>入党申请书是要求入党的同志向党组织表达自己入党愿望和决心的重要文书，必须由申请人亲笔书写，做到态度诚恳、内容真实、格式规范。申请书一般由标题、称谓、正文、结尾、署名和日期五部分组成。</w:t>
      </w:r>
    </w:p>
    <w:p>
      <w:r>
        <w:t>标题居中写“入党申请书”四个字即可，不必写成“我的入党申请书”等。称谓顶格写“敬爱的党组织”，后面加冒号。正文是申请书的核心，应包括对党的认识、入党动机、个人成长经历、自身优缺点以及今后努力方向等内容。结尾一般用“请党组织在实践中考验我”或“请党组织继续关心、帮助和教育我”等语句，另起一行写“此致”，再另起一行顶格写“敬礼”。最后在右下角署上申请人姓名和申请日期。</w:t>
      </w:r>
    </w:p>
    <w:p>
      <w:pPr>
        <w:pStyle w:val="Heading2"/>
      </w:pPr>
      <w:r>
        <w:t>二、对党的认识</w:t>
      </w:r>
    </w:p>
    <w:p>
      <w:r>
        <w:t>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r>
        <w:t>通过学习党章和党的历史，我深刻认识到：没有共产党就没有新中国，没有共产党就没有我们今天幸福安定的生活。从新民主主义革命到社会主义建设，从改革开放到新时代脱贫攻坚、全面建成小康社会，正是在中国共产党的坚强领导下，我们国家才实现了从站起来、富起来到强起来的伟大飞跃。</w:t>
      </w:r>
    </w:p>
    <w:p>
      <w:pPr>
        <w:pStyle w:val="Heading2"/>
      </w:pPr>
      <w:r>
        <w:t>三、入党动机</w:t>
      </w:r>
    </w:p>
    <w:p>
      <w:r>
        <w:t>我的入党动机不是为了个人名誉和前途，而是发自内心地想成为一名光荣的共产党员，想在党组织的培养教育下，更好地为人民服务。在日常工作和生活中，我看到身边的党员同志总是冲锋在前、吃苦在前，他们用实际行动诠释着党员的初心和使命，这深深感染了我，更加坚定了我加入党组织的决心。</w:t>
      </w:r>
    </w:p>
    <w:p>
      <w:pPr>
        <w:pStyle w:val="Heading2"/>
      </w:pPr>
      <w:r>
        <w:t>四、个人简历与思想成长</w:t>
      </w:r>
    </w:p>
    <w:p>
      <w:r>
        <w:t>本人政治历史清楚，拥护党的路线方针政策，自觉在思想上政治上行动上同党中央保持高度一致。参加工作以来，我爱岗敬业、踏实肯干，能够较好地完成本职工作任务，连续多年获得单位表彰。同时我也清醒地认识到自己还存在理论学习不够系统、工作方法不够灵活等缺点，今后将努力加以改进。</w:t>
      </w:r>
    </w:p>
    <w:p>
      <w:pPr>
        <w:pStyle w:val="Heading2"/>
      </w:pPr>
      <w:r>
        <w:t>五、今后努力方向</w:t>
      </w:r>
    </w:p>
    <w:p>
      <w:r>
        <w:t>一是加强政治理论学习，认真学习习近平新时代中国特色社会主义思想和党的二十大精神，不断提高政治站位和思想觉悟；二是立足本职岗位，争创一流业绩，以实际行动向党组织靠拢；三是严格要求自己，遵守纪律，团结同志，发挥先锋模范作用；四是自觉接受党组织和同志们的监督，定期向党组织汇报思想。</w:t>
      </w:r>
    </w:p>
    <w:p>
      <w:pPr>
        <w:pStyle w:val="Heading2"/>
      </w:pPr>
      <w:r>
        <w:t>六、范文示例（可参考改写）</w:t>
      </w:r>
    </w:p>
    <w:p>
      <w:r>
        <w:t>敬爱的党组织：我志愿加入中国共产党，拥护党的纲领，遵守党的章程，履行党员义务，执行党的决定，严守党的纪律，保守党的秘密，对党忠诚，积极工作，为共产主义奋斗终身，随时准备为党和人民牺牲一切，永不叛党。</w:t>
      </w:r>
    </w:p>
    <w:p>
      <w:r>
        <w:t>在长期的学习和工作中，我越来越深刻地认识到，中国共产党是伟大、光荣、正确的党。我渴望成为这个组织中的一员，把自己的青春和力量奉献给党和人民的事业。如果党组织批准我的申请，我将倍加珍惜，以党员标准严格要求自己；如果暂时没有批准，我也决不气馁，将继续努力，争取早日加入党组织。</w:t>
      </w:r>
    </w:p>
    <w:p>
      <w:r>
        <w:t>此致</w:t>
      </w:r>
    </w:p>
    <w:p>
      <w:r>
        <w:t>敬礼！</w:t>
      </w:r>
    </w:p>
    <w:p>
      <w:r>
        <w:t>申请人：×××</w:t>
      </w:r>
    </w:p>
    <w:p>
      <w:r>
        <w:t>××××年××月××日</w:t>
      </w:r>
    </w:p>
    <w:p>
      <w:pPr>
        <w:pStyle w:val="Heading2"/>
      </w:pPr>
      <w:r>
        <w:t>七、注意事项</w:t>
      </w:r>
    </w:p>
    <w:p>
      <w:r>
        <w:t>1. 必须亲笔书写，不得打印代笔；2. 要结合个人实际，切忌空话套话、千篇一律；3. 不得隐瞒个人历史和家庭主要社会关系；4. 写完后要认真检查，字迹工整，篇幅一般不少于两页信纸；5. 一式一份交给所在单位或社区党支部。</w:t>
      </w:r>
    </w:p>
    <w:p>
      <w:pPr>
        <w:pStyle w:val="Heading2"/>
      </w:pPr>
      <w:r>
        <w:t>八、常见写作误区提醒</w:t>
      </w:r>
    </w:p>
    <w:p>
      <w:r>
        <w:t>有些同志写入党申请书时容易走进几个误区，应当引以为戒。一是照抄照搬网上范文，千人一面，看不出个人真情实感，党组织最反感这种“复制粘贴”式的申请书；二是只讲空话大话，通篇都是口号，没有结合自己的工作学习实际；三是隐瞒缺点，把自己写得完美无缺，反而显得不真诚。正确的做法是：以范文为参考框架，用自己的语言、自己的经历、自己的认识来写，既写成绩也写不足，既表决心也谈打算。</w:t>
      </w:r>
    </w:p>
    <w:p>
      <w:pPr>
        <w:pStyle w:val="Heading2"/>
      </w:pPr>
      <w:r>
        <w:t>九、递交后的注意事项</w:t>
      </w:r>
    </w:p>
    <w:p>
      <w:r>
        <w:t>申请书递交后，并不意味着万事大吉。申请人应当主动向所在党支部汇报思想，一般每季度至少提交一份书面思想汇报，内容包括近期学习体会、工作表现、存在不足和努力方向。要积极参加党组织开展的各项活动，在日常工作生活中以党员标准要求自己，吃苦在前、享受在后，用实际行动接受党组织的考验。同时要正确对待组织考察，无论何时确定为积极分子、发展对象，都要保持平和心态，不能因为暂时没有被发展而消极懈怠。</w:t>
      </w:r>
    </w:p>
    <w:p>
      <w:pPr>
        <w:pStyle w:val="Heading2"/>
      </w:pPr>
      <w:r>
        <w:t>十、写作心态</w:t>
      </w:r>
    </w:p>
    <w:p>
      <w:r>
        <w:t>入党申请书是严肃的政治表达，写下的每一句话都要能够兑现。希望申请人端正入党动机，把对党的忠诚融入日常，做到言行一致、表里如一，争取早日在思想上、行动上真正达到一名共产党员的标准。</w:t>
      </w:r>
    </w:p>
    <w:p>
      <w:pPr>
        <w:pStyle w:val="Heading2"/>
      </w:pPr>
      <w:r>
        <w:t>十一、附：入党申请书常用规范表述</w:t>
      </w:r>
    </w:p>
    <w:p>
      <w:r>
        <w:t>写入党申请书时，恰当使用规范表述能体现严肃态度。开头可写“我怀着十分激动的心情，郑重地向党组织提出申请”；谈到认识时可写“通过系统学习党章党史，我深刻认识到……”；表决心时可写“如果党组织批准我的申请，我将以党员标准严格要求自己；如果暂未批准，我也决不灰心，将继续接受考验”。结尾固定为“请党组织在实践中考验我”，再另起一行写“此致敬礼”。整篇要做到称谓顶格、落款居右、字迹工整，篇幅以两页以上为宜，切忌潦草敷衍。</w:t>
      </w:r>
    </w:p>
    <w:p>
      <w:pPr>
        <w:pStyle w:val="Heading2"/>
      </w:pPr>
      <w:r>
        <w:t>十二、结语</w:t>
      </w:r>
    </w:p>
    <w:p>
      <w:r>
        <w:t>入党不是终点，而是全心全意为人民服务的新起点。希望每一位写下申请的同志，都能把申请书里的誓言，落实到日复一日的平凡工作中去。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