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入团申请书（标准模板、填写范文与注意事项）</w:t>
      </w:r>
    </w:p>
    <w:p>
      <w:pPr>
        <w:pStyle w:val="Heading1"/>
      </w:pPr>
      <w:r>
        <w:t>一、入团申请书完整范文</w:t>
      </w:r>
    </w:p>
    <w:p>
      <w:r>
        <w:t>敬爱的团组织：</w:t>
      </w:r>
    </w:p>
    <w:p>
      <w:r>
        <w:t>我叫李明，是XX中学九年级（3）班的一名学生。在认真学习了《中国共产主义青年团章程》，了解了共青团走过的光辉历程之后，我怀着无比崇敬的心情，郑重地向团组织递交我的入团申请书，志愿加入中国共产主义青年团，愿意为共产主义事业贡献自己的一份青春力量。</w:t>
      </w:r>
    </w:p>
    <w:p>
      <w:r>
        <w:t>中国共产主义青年团是中国共产党领导的先进青年的群众组织，是广大青年在实践中学习中国特色社会主义和共产主义的学校，是中国共产党的助手和后备军。从历史课本里、从老师的讲述中，我了解到：从五四运动到抗日救亡，从新中国建设到改革开放，从抗击自然灾害到科技攻关一线，一代又一代共青团员始终站在时代前列，把最美好的青春献给了祖国和人民。正是这些闪光的身影深深感染着我，让我发自内心地渴望成为这个光荣集体中的一员，和优秀的同龄人一起成长、一起进步。</w:t>
      </w:r>
    </w:p>
    <w:p>
      <w:r>
        <w:t>在学校里，我始终以团员的标准要求自己。学习上，我刻苦努力，上课专心听讲、积极发言，作业独立完成，文化课成绩稳居班级前列，数学和英语两科还多次代表学校参加区级竞赛并获奖。我深知学习是学生的天职，只有掌握过硬的本领，将来才能更好地服务社会。品德上，我尊敬老师、团结同学，主动帮助学习有困难的同桌补习功课，一学期下来他的数学成绩提高了二十多分；在班级劳动中，我总是抢着擦窗户、倒垃圾、搬书本，从不计较个人得失。</w:t>
      </w:r>
    </w:p>
    <w:p>
      <w:r>
        <w:t>在社会实践方面，我积极参加学校和社区组织的各项志愿活动：三月学雷锋日，我和同学们一起到敬老院为老人打扫房间、表演节目；植树节我们到郊外义务植树；文明城市创建期间，我戴着红袖章在路口劝导行人遵守交通规则。这些活动让我体会到，帮助别人是一件快乐的事情，也让我更加明白：入团不是为了头上的光环和评优的资本，而是意味着更多的责任、更高的要求和更自觉的奉献。</w:t>
      </w:r>
    </w:p>
    <w:p>
      <w:r>
        <w:t>如果团组织能够批准我的申请，我将倍加珍惜这份荣誉，坚决做到：严格遵守团的纪律，执行团的决议，履行团员义务，按时交纳团费；认真学习团的基本知识和科学文化知识，不断提高思想道德素质；在学习、劳动和生活中处处发挥模范带头作用，带动身边同学共同进步，做一名组织上入团、思想上也真正入团的合格共青团员。如果团组织暂时没有批准我的申请，我也决不灰心丧气，我会认真反思自己的不足，继续以团员标准要求自己，用实实在在的行动争取早日加入团组织。</w:t>
      </w:r>
    </w:p>
    <w:p>
      <w:r>
        <w:t>请团组织在实践中考验我！</w:t>
      </w:r>
    </w:p>
    <w:p>
      <w:pPr>
        <w:jc w:val="right"/>
      </w:pPr>
      <w:r>
        <w:t>申请人：李明</w:t>
      </w:r>
    </w:p>
    <w:p>
      <w:pPr>
        <w:jc w:val="right"/>
      </w:pPr>
      <w:r>
        <w:t>2026年10月19日</w:t>
      </w:r>
    </w:p>
    <w:p>
      <w:pPr>
        <w:pStyle w:val="Heading1"/>
      </w:pPr>
      <w:r>
        <w:t>二、入团申请书的标准格式</w:t>
      </w:r>
    </w:p>
    <w:p>
      <w:r>
        <w:t>入团申请书一般由标题、称呼、正文、结尾、署名和日期六个部分组成，缺一不可。标题居中写“入团申请书”五个字，字号略大于正文；称呼顶格写“敬爱的团组织：”，后面加冒号；正文是全文重点，分段写清对团的认识、入团动机、个人表现和今后决心；结尾另起一段写表示决心的话，如“请团组织在实践中考验我”“此致 敬礼”；最后在正文右下方署申请人姓名，姓名下面写申请的年、月、日。</w:t>
      </w:r>
    </w:p>
    <w:p>
      <w:pPr>
        <w:pStyle w:val="Heading1"/>
      </w:pPr>
      <w:r>
        <w:t>三、内容写作要点</w:t>
      </w:r>
    </w:p>
    <w:p>
      <w:pPr>
        <w:pStyle w:val="Heading2"/>
      </w:pPr>
      <w:r>
        <w:t>1. 对团的认识要写出真情实感</w:t>
      </w:r>
    </w:p>
    <w:p>
      <w:r>
        <w:t>不要整段照抄团章，而要结合自己的理解来谈。可以写自己是通过什么途径了解共青团的，哪一位团员的事迹最打动自己，从而说明“我为什么想入团”。认识要由浅入深，体现出思想上的成长过程。</w:t>
      </w:r>
    </w:p>
    <w:p>
      <w:pPr>
        <w:pStyle w:val="Heading2"/>
      </w:pPr>
      <w:r>
        <w:t>2. 个人表现要用具体事例说话</w:t>
      </w:r>
    </w:p>
    <w:p>
      <w:r>
        <w:t>切忌只写“我热爱集体、尊敬师长、学习努力”这类空话。要举一两个真实事例：比如代表班级参加了什么活动、为同学做了哪件实事、学习上克服了什么困难取得了什么进步。事实越具体，申请书越有说服力。</w:t>
      </w:r>
    </w:p>
    <w:p>
      <w:pPr>
        <w:pStyle w:val="Heading2"/>
      </w:pPr>
      <w:r>
        <w:t>3. 入团动机要端正</w:t>
      </w:r>
    </w:p>
    <w:p>
      <w:r>
        <w:t>要表达愿意为集体、为社会奉献的愿望，绝不能写成“入团方便以后评三好学生”“爸妈让我入的”。要写清楚：入团后我愿意承担更多责任，而不是索取更多荣誉。</w:t>
      </w:r>
    </w:p>
    <w:p>
      <w:pPr>
        <w:pStyle w:val="Heading1"/>
      </w:pPr>
      <w:r>
        <w:t>四、常见错误提醒</w:t>
      </w:r>
    </w:p>
    <w:p>
      <w:r>
        <w:t>一是通篇照搬网络范文，连姓名班级都忘了改，出现张冠李戴；二是篇幅过短，只有三四行草草应付；三是称呼写错，写成“尊敬的团支部王书记”，规范称呼应为“敬爱的团组织”；四是字迹潦草、涂改严重，或完全打印缺乏手写的真诚感，建议正文亲笔工整书写；五是只写优点不写不足，缺少“未被批准也不气馁”的表态。建议初稿写好后先交给班主任或团支书审阅，听取修改意见后再正式誊抄上交。</w:t>
      </w:r>
    </w:p>
    <w:p>
      <w:pPr>
        <w:pStyle w:val="Heading1"/>
      </w:pPr>
      <w:r>
        <w:t>五、入团流程小贴士</w:t>
      </w:r>
    </w:p>
    <w:p>
      <w:r>
        <w:t>递交申请书只是第一步。写入团申请书后，一般要经过团组织谈话、指定培养联系人、参加团课学习和短期培训、填写《入团志愿书》、支部大会讨论通过、上级团委审批等环节，才能正式成为一名共青团员。整个过程通常需要两到三个月，期间要定期向团组织递交思想汇报。入团时年满十四周岁、不超过二十八周岁的中国青年，承认团的章程、愿意参加团的组织并积极工作、执行团的决议和按期交纳团费，方可申请入团。希望同学们端正动机、踏实表现，早日戴上那枚光荣的团徽。</w:t>
      </w:r>
    </w:p>
    <w:p>
      <w:r>
        <w:t>最后想对同学们说，青春是用来奋斗的。入团不是终点，而是一个新的起点，它意味着你将以更高的标准要求自己，在学习上争当标兵，在品德上争当榜样，在服务同学和社会中争当先锋。让我们把对团组织的向往，化作每一天踏实努力的行动，用优异的成绩和文明的举止，迎接团组织的考验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