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小学五年级数学上册第三单元《小数除法》测试卷（含答案与命题说明）</w:t>
      </w:r>
    </w:p>
    <w:p>
      <w:pPr>
        <w:pStyle w:val="Heading1"/>
      </w:pPr>
      <w:r>
        <w:t>小学五年级数学上册第三单元测试卷</w:t>
      </w:r>
    </w:p>
    <w:p>
      <w:r>
        <w:t>《小数除法》  （满分100分，时间80分钟）  姓名：______ 班级：______ 学号：______ 得分：______</w:t>
      </w:r>
    </w:p>
    <w:p>
      <w:pPr>
        <w:pStyle w:val="Heading2"/>
      </w:pPr>
      <w:r>
        <w:t>一、直接写出得数（每题1分，共10分）</w:t>
      </w:r>
    </w:p>
    <w:p>
      <w:r>
        <w:t>1.2÷3=        0.48÷6=        4.6÷23=        14×0.5=        6.8÷4=</w:t>
      </w:r>
    </w:p>
    <w:p>
      <w:r>
        <w:t>0.72÷4=       0.72÷12=       0.7×1.1=       9.6÷6=         0.125×8=</w:t>
      </w:r>
    </w:p>
    <w:p>
      <w:pPr>
        <w:pStyle w:val="Heading2"/>
      </w:pPr>
      <w:r>
        <w:t>二、填空题（每空2分，共20分）</w:t>
      </w:r>
    </w:p>
    <w:p>
      <w:r>
        <w:t>1.两个因数的积是0.45，其中一个因数是1.5，另一个因数是（    ）。</w:t>
      </w:r>
    </w:p>
    <w:p>
      <w:r>
        <w:t>2.0.7里面有（    ）个0.1；0.05里面有（    ）个0.01。</w:t>
      </w:r>
    </w:p>
    <w:p>
      <w:r>
        <w:t>3.计算小数除法时，商的小数点要和（    ）的小数点对齐。</w:t>
      </w:r>
    </w:p>
    <w:p>
      <w:r>
        <w:t>4.根据商不变的性质填空：6.24÷0.6=（    ）÷6；0.544÷0.16=（    ）÷16。</w:t>
      </w:r>
    </w:p>
    <w:p>
      <w:r>
        <w:t>5.一个两位小数保留一位小数后约是3.0，这个两位小数最大是（    ），最小是（    ）。</w:t>
      </w:r>
    </w:p>
    <w:p>
      <w:r>
        <w:t>6.在○里填上“＞”“＜”或“＝”：4.8÷1.2○4.8；3.5÷0.9○3.5。</w:t>
      </w:r>
    </w:p>
    <w:p>
      <w:pPr>
        <w:pStyle w:val="Heading2"/>
      </w:pPr>
      <w:r>
        <w:t>三、用竖式计算（带★的要验算，每题4分，共24分）</w:t>
      </w:r>
    </w:p>
    <w:p>
      <w:r>
        <w:t>1.18÷24=          2.43.8÷12=         3.★0.672÷4.2=</w:t>
      </w:r>
    </w:p>
    <w:p>
      <w:r>
        <w:t>4.25.5÷0.34=       5.★28.6÷11=        6.10÷0.004=</w:t>
      </w:r>
    </w:p>
    <w:p>
      <w:pPr>
        <w:pStyle w:val="Heading2"/>
      </w:pPr>
      <w:r>
        <w:t>四、脱式计算（每题4分，共16分）</w:t>
      </w:r>
    </w:p>
    <w:p>
      <w:r>
        <w:t>1.9.728÷3.2÷1.9        2.12.6÷0.28－4.5        3.(3.2+0.128)÷0.8        4.2.16÷0.9÷0.3</w:t>
      </w:r>
    </w:p>
    <w:p>
      <w:pPr>
        <w:pStyle w:val="Heading2"/>
      </w:pPr>
      <w:r>
        <w:t>五、解决问题（每题6分，共30分）</w:t>
      </w:r>
    </w:p>
    <w:p>
      <w:r>
        <w:t>1.妈妈买了4.5千克苹果，一共花了27.9元，每千克苹果多少元？</w:t>
      </w:r>
    </w:p>
    <w:p>
      <w:r>
        <w:t>2.一辆汽车2.5小时行驶了150千米。照这样的速度，行驶450千米需要多少小时？</w:t>
      </w:r>
    </w:p>
    <w:p>
      <w:r>
        <w:t>3.一批货物重35吨，用一辆载重量为4.5吨的卡车来运，至少需要运几次才能全部运完？</w:t>
      </w:r>
    </w:p>
    <w:p>
      <w:r>
        <w:t>4.做一个奶油蛋糕要用7.5克奶油。现有50克奶油，最多可以做多少个这样的蛋糕？</w:t>
      </w:r>
    </w:p>
    <w:p>
      <w:r>
        <w:t>5.学校买了5个篮球和4个足球，一共花了472元。已知每个篮球48元，每个足球多少元？（列方程解答）</w:t>
      </w:r>
    </w:p>
    <w:p>
      <w:pPr>
        <w:pStyle w:val="Heading1"/>
      </w:pPr>
      <w:r>
        <w:t>参考答案</w:t>
      </w:r>
    </w:p>
    <w:p>
      <w:r>
        <w:t>一、口算：0.4；0.08；0.2；7；1.7；0.18；0.06；0.77；1.6；1。二、填空：1.0.3；2.7，5；3.被除数；4.62.4，54.4；5.3.04，2.95；6.＜，＞。三、竖式：1.0.75；2.3.65；3.0.16；4.75；5.2.6；6.2500。四、脱式：1.1.6；2.40.5；3.4.16；4.8。五、解决问题：1.27.9÷4.5=6.2（元）；2.450÷(150÷2.5)=7.5（小时）；3.35÷4.5≈7.78，需8次（进一法）；4.50÷7.5≈6.67，最多做6个（去尾法）；5.设每个足球x元，5×48+4x=472，解得x=58（元）。</w:t>
      </w:r>
    </w:p>
    <w:p>
      <w:pPr>
        <w:pStyle w:val="Heading1"/>
      </w:pPr>
      <w:r>
        <w:t>命题说明与使用建议</w:t>
      </w:r>
    </w:p>
    <w:p>
      <w:r>
        <w:t>本卷紧扣人教版五年级上册第三单元《小数除法》的教学重点，系统覆盖小数除以整数、一个数除以小数、商的近似数、循环小数以及用小数除法解决实际问题等核心知识点。第二大题第5小题考查“四舍五入”取近似值的逆向思维；第五大题第3、4小题特意设置“进一法”和“去尾法”两种生活情境，考查学生能否结合实际合理取近似值，而不是机械套用四舍五入；第5小题要求列方程解答，沟通了算术法与方程法。</w:t>
      </w:r>
    </w:p>
    <w:p>
      <w:r>
        <w:t>建议家长把试卷打印出来，让孩子在80分钟内限时完成，家长对照答案批改后，把错题抄在错题本上，写明错误原因和正确解法，两周后再让孩子重做一遍。对于计算薄弱的孩子，可以每天加练十道小数乘竖式题，坚持一个月计算能力会有明显提升。</w:t>
      </w:r>
    </w:p>
    <w:p>
      <w:pPr>
        <w:pStyle w:val="Heading1"/>
      </w:pPr>
      <w:r>
        <w:t>六、附加挑战题（共10分，不计入满分）</w:t>
      </w:r>
    </w:p>
    <w:p>
      <w:r>
        <w:t>1.（5分）小明在计算一道小数除法题时，把除数2.5看成了25，结果算得商是0.16。正确的商应该是多少？提示：除数扩大到原来的10倍，被除数不变，商反而缩小到原来的十分之一。</w:t>
      </w:r>
    </w:p>
    <w:p>
      <w:r>
        <w:t>2.（5分）一根6.4米长的彩带，包扎一个礼盒需要1.4米。这根彩带最多可以包扎几个这样的礼盒？剩下的彩带还够不够再包一个？请列式说明。</w:t>
      </w:r>
    </w:p>
    <w:p>
      <w:r>
        <w:t>附加题参考答案：1.除数由2.5变为25扩大了10倍，商由0.16反而要扩大10倍，正确商为1.6。2.6.4÷1.4≈4.57，最多包扎4个，剩下6.4-1.4×4=0.8米，不够再包一个（去尾法）。</w:t>
      </w:r>
    </w:p>
    <w:p>
      <w:r>
        <w:t>家长辅导小贴士：孩子做小数除法最容易在两个地方出错，一是小数点对错位置，二是商中间或末尾漏写零。家长批改时不要只看最终答案，要让孩子把竖式列出来，一步步检查。另外，遇到除不尽的题目，要提醒孩子根据题目要求保留相应的小数位数，一般保留两位小数时要除到第三位再四舍五入。</w:t>
      </w:r>
    </w:p>
    <w:p>
      <w:r>
        <w:t>整卷难度比例建议按七比二比一把握：七成基础题面向全体学生，两成中档题考查灵活运用，一成拓展题供学有余力的学生挑战。测试后教师应重点讲评第3、4两道取近似值的应用题，帮助学生建立具体问题具体分析的意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