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小学三年级语文上册第三单元测试卷（部编版含答案）</w:t>
      </w:r>
    </w:p>
    <w:p>
      <w:r>
        <w:rPr>
          <w:sz w:val="22"/>
        </w:rPr>
        <w:t>（考试时间：90分钟  满分：100分）</w:t>
      </w:r>
    </w:p>
    <w:p>
      <w:r>
        <w:rPr>
          <w:b/>
          <w:sz w:val="22"/>
        </w:rPr>
        <w:t>姓名：____________  班级：____________  得分：____________</w:t>
      </w:r>
    </w:p>
    <w:p>
      <w:pPr>
        <w:pStyle w:val="Heading1"/>
      </w:pPr>
      <w:r>
        <w:t>一、看拼音，写词语（10分）</w:t>
      </w:r>
    </w:p>
    <w:p>
      <w:r>
        <w:rPr>
          <w:sz w:val="22"/>
        </w:rPr>
        <w:t>pái liè（     ）   guī zé（     ）   chí dào（     ）   jǐn zhāng（     ）   yán liào（     ）</w:t>
      </w:r>
    </w:p>
    <w:p>
      <w:r>
        <w:rPr>
          <w:sz w:val="22"/>
        </w:rPr>
        <w:t>pái qiú（     ）   fēng shōu（     ）   yī yè（     ）   yuàn zi（     ）   gōng chǎng（     ）</w:t>
      </w:r>
    </w:p>
    <w:p>
      <w:pPr>
        <w:pStyle w:val="Heading1"/>
      </w:pPr>
      <w:r>
        <w:t>二、给下列加点字选择正确的读音，打√（6分）</w:t>
      </w:r>
    </w:p>
    <w:p>
      <w:r>
        <w:rPr>
          <w:sz w:val="22"/>
        </w:rPr>
        <w:t>1. 勾（gōu gòu）画    2. 凌（lín líng）乱    3. 匙（shi chí）子</w:t>
      </w:r>
    </w:p>
    <w:p>
      <w:r>
        <w:rPr>
          <w:sz w:val="22"/>
        </w:rPr>
        <w:t>4. 摇（yáo ráo）曳    5. 棕（zōng zhōng）色    6. 曲（qū qǔ）折</w:t>
      </w:r>
    </w:p>
    <w:p>
      <w:pPr>
        <w:pStyle w:val="Heading1"/>
      </w:pPr>
      <w:r>
        <w:t>三、比一比，再组词（8分）</w:t>
      </w:r>
    </w:p>
    <w:p>
      <w:r>
        <w:rPr>
          <w:sz w:val="22"/>
        </w:rPr>
        <w:t>飘（   ）  料（   ）  残（   ）  淡（   ）</w:t>
      </w:r>
    </w:p>
    <w:p>
      <w:r>
        <w:rPr>
          <w:sz w:val="22"/>
        </w:rPr>
        <w:t>漂（   ）  科（   ）  线（   ）  谈（   ）</w:t>
      </w:r>
    </w:p>
    <w:p>
      <w:pPr>
        <w:pStyle w:val="Heading1"/>
      </w:pPr>
      <w:r>
        <w:t>四、把下列词语补充完整（9分）</w:t>
      </w:r>
    </w:p>
    <w:p>
      <w:r>
        <w:rPr>
          <w:sz w:val="22"/>
        </w:rPr>
        <w:t>（ ）（ ）缤纷   天（ ）云（ ）   （ ）（ ）累累</w:t>
      </w:r>
    </w:p>
    <w:p>
      <w:r>
        <w:rPr>
          <w:sz w:val="22"/>
        </w:rPr>
        <w:t>一（ ）知（ ）   （ ）（ ）尽染   五（ ）丰（ ）</w:t>
      </w:r>
    </w:p>
    <w:p>
      <w:r>
        <w:rPr>
          <w:sz w:val="22"/>
        </w:rPr>
        <w:t>（ ）（ ）习习   （ ）（ ）秋实   金（ ）飘（ ）</w:t>
      </w:r>
    </w:p>
    <w:p>
      <w:pPr>
        <w:pStyle w:val="Heading1"/>
      </w:pPr>
      <w:r>
        <w:t>五、按要求写句子（8分）</w:t>
      </w:r>
    </w:p>
    <w:p>
      <w:r>
        <w:rPr>
          <w:sz w:val="22"/>
        </w:rPr>
        <w:t>1. 秋天的雨，是一把钥匙。（仿写比喻句）</w:t>
      </w:r>
    </w:p>
    <w:p>
      <w:r>
        <w:rPr>
          <w:sz w:val="22"/>
        </w:rPr>
        <w:t>________________________________</w:t>
      </w:r>
    </w:p>
    <w:p>
      <w:r>
        <w:rPr>
          <w:sz w:val="22"/>
        </w:rPr>
        <w:t>2. 小朋友的脚，常被那香味勾住。（改成把字句）</w:t>
      </w:r>
    </w:p>
    <w:p>
      <w:r>
        <w:rPr>
          <w:sz w:val="22"/>
        </w:rPr>
        <w:t>________________________________</w:t>
      </w:r>
    </w:p>
    <w:p>
      <w:r>
        <w:rPr>
          <w:sz w:val="22"/>
        </w:rPr>
        <w:t>3. 红红的枫叶像一枚枚邮票。（用加点词造句）</w:t>
      </w:r>
    </w:p>
    <w:p>
      <w:r>
        <w:rPr>
          <w:sz w:val="22"/>
        </w:rPr>
        <w:t>________________________________</w:t>
      </w:r>
    </w:p>
    <w:p>
      <w:r>
        <w:rPr>
          <w:sz w:val="22"/>
        </w:rPr>
        <w:t>4. 秋天来了，公园里真美啊！（把句子写具体）</w:t>
      </w:r>
    </w:p>
    <w:p>
      <w:r>
        <w:rPr>
          <w:sz w:val="22"/>
        </w:rPr>
        <w:t>________________________________</w:t>
      </w:r>
    </w:p>
    <w:p>
      <w:pPr>
        <w:pStyle w:val="Heading1"/>
      </w:pPr>
      <w:r>
        <w:t>六、根据课文内容填空（12分）</w:t>
      </w:r>
    </w:p>
    <w:p>
      <w:r>
        <w:rPr>
          <w:sz w:val="22"/>
        </w:rPr>
        <w:t>1.《山行》的作者是唐代诗人________，诗中描写秋天美景的千古名句是：________________，________________。</w:t>
      </w:r>
    </w:p>
    <w:p>
      <w:r>
        <w:rPr>
          <w:sz w:val="22"/>
        </w:rPr>
        <w:t>2.《赠刘景文》一诗中，诗人勉励朋友珍惜大好时光的诗句是：________________，________________。</w:t>
      </w:r>
    </w:p>
    <w:p>
      <w:r>
        <w:rPr>
          <w:sz w:val="22"/>
        </w:rPr>
        <w:t>3.《夜书所见》中，描写儿童夜挑促织的诗句是：________________，________________。</w:t>
      </w:r>
    </w:p>
    <w:p>
      <w:r>
        <w:rPr>
          <w:sz w:val="22"/>
        </w:rPr>
        <w:t>4.《秋天的雨》一文，作者从________、________、________三个方面描写了秋天的雨。</w:t>
      </w:r>
    </w:p>
    <w:p>
      <w:pPr>
        <w:pStyle w:val="Heading1"/>
      </w:pPr>
      <w:r>
        <w:t>七、阅读理解（20分）</w:t>
      </w:r>
    </w:p>
    <w:p>
      <w:pPr>
        <w:pStyle w:val="Heading2"/>
      </w:pPr>
      <w:r>
        <w:t>（一）课内阅读（10分）</w:t>
      </w:r>
    </w:p>
    <w:p>
      <w:r>
        <w:rPr>
          <w:sz w:val="22"/>
        </w:rPr>
        <w:t>秋天的雨，有一盒五彩缤纷的颜料。你看，它把黄色给了银杏树，黄黄的叶子像一把把小扇子，扇哪扇哪，扇走了夏天的炎热。它把红色给了枫树，红红的枫叶像一枚枚邮票，飘哇飘哇，邮来了秋天的凉爽。金黄色是给田野的，看，田野像金色的海洋。橙红色是给果树的，橘子、柿子你挤我碰，争着要人们去摘呢！菊花仙子得到的颜色就更多了，紫红的、淡黄的、雪白的……美丽的菊花在秋雨里频频点头。</w:t>
      </w:r>
    </w:p>
    <w:p>
      <w:r>
        <w:rPr>
          <w:sz w:val="22"/>
        </w:rPr>
        <w:t>1. 这段话是围绕哪句话写的？用波浪线画出来。（2分）</w:t>
      </w:r>
    </w:p>
    <w:p>
      <w:r>
        <w:rPr>
          <w:sz w:val="22"/>
        </w:rPr>
        <w:t>2. 秋天的雨把颜色分别给了谁？（4分）</w:t>
      </w:r>
    </w:p>
    <w:p>
      <w:r>
        <w:rPr>
          <w:sz w:val="22"/>
        </w:rPr>
        <w:t>________________________________</w:t>
      </w:r>
    </w:p>
    <w:p>
      <w:r>
        <w:rPr>
          <w:sz w:val="22"/>
        </w:rPr>
        <w:t>3. 用横线画出文中的一个比喻句，这个句子把________比作________。（2分）</w:t>
      </w:r>
    </w:p>
    <w:p>
      <w:r>
        <w:rPr>
          <w:sz w:val="22"/>
        </w:rPr>
        <w:t>4. 你喜欢秋天的雨吗？为什么？（2分）</w:t>
      </w:r>
    </w:p>
    <w:p>
      <w:pPr>
        <w:pStyle w:val="Heading2"/>
      </w:pPr>
      <w:r>
        <w:t>（二）课外阅读（10分）</w:t>
      </w:r>
    </w:p>
    <w:p>
      <w:r>
        <w:rPr>
          <w:sz w:val="22"/>
        </w:rPr>
        <w:t>秋天来了，大雁排着整齐的队伍向南方飞去。金黄的落叶像一只只蝴蝶，在空中翩翩起舞，然后轻轻地落在地上。果园里，苹果涨红了脸，梨子挂满枝头，葡萄一串串紫莹莹的，像玛瑙似的。农民伯伯忙着收割庄稼，脸上洋溢着丰收的喜悦。啊，秋天真是一个美丽的季节，一个丰收的季节！</w:t>
      </w:r>
    </w:p>
    <w:p>
      <w:r>
        <w:rPr>
          <w:sz w:val="22"/>
        </w:rPr>
        <w:t>1. 短文描写了秋天的哪些景物？（3分）</w:t>
      </w:r>
    </w:p>
    <w:p>
      <w:r>
        <w:rPr>
          <w:sz w:val="22"/>
        </w:rPr>
        <w:t>2. 用____画出文中的拟人句。（2分）</w:t>
      </w:r>
    </w:p>
    <w:p>
      <w:r>
        <w:rPr>
          <w:sz w:val="22"/>
        </w:rPr>
        <w:t>3. 从短文中找出三个表示颜色的词语：________、________、________。（3分）</w:t>
      </w:r>
    </w:p>
    <w:p>
      <w:r>
        <w:rPr>
          <w:sz w:val="22"/>
        </w:rPr>
        <w:t>4. 短文表达了作者怎样的思想感情？（2分）</w:t>
      </w:r>
    </w:p>
    <w:p>
      <w:pPr>
        <w:pStyle w:val="Heading1"/>
      </w:pPr>
      <w:r>
        <w:t>八、习作（27分）</w:t>
      </w:r>
    </w:p>
    <w:p>
      <w:r>
        <w:rPr>
          <w:sz w:val="22"/>
        </w:rPr>
        <w:t>题目：我的秋天</w:t>
      </w:r>
    </w:p>
    <w:p>
      <w:r>
        <w:rPr>
          <w:sz w:val="22"/>
        </w:rPr>
        <w:t>要求：1. 仔细观察秋天的景色，抓住特点来写；2. 语句通顺，条理清楚；3. 字数不少于300字。</w:t>
      </w:r>
    </w:p>
    <w:p>
      <w:pPr>
        <w:pStyle w:val="Heading1"/>
      </w:pPr>
      <w:r>
        <w:t>参考答案</w:t>
      </w:r>
    </w:p>
    <w:p>
      <w:r>
        <w:rPr>
          <w:sz w:val="22"/>
        </w:rPr>
        <w:t>一、排列、规则、迟到、紧张、颜料、排球、丰收、一页、院子、工厂。二、1.gōu 2.líng 3.shi 4.yáo 5.zōng 6.qū。三、略。四、五彩缤纷、天高云淡、果实累累、一叶知秋、层林尽染、五谷丰登、秋风习习、春华秋实、金桂飘香。五、略。六、1.杜牧；停车坐爱枫林晚，霜叶红于二月花。2.一年好景君须记，最是橙黄橘绿时。3.知有儿童挑促织，夜深篱落一灯明。4.颜色、气味、声音（动植物特点）。七、课内：1.秋天的雨，有一盒五彩缤纷的颜料。2.黄色给银杏树、红色给枫树、金黄色给田野、橙红色给果树、各种颜色给菊花。3.略。4.略。课外阅读：1.大雁、落叶、果园（苹果、梨子、葡萄）、农民伯伯。2.苹果涨红了脸。3.金黄、紫莹莹、橙红等。4.对秋天的喜爱和赞美之情。八、略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