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小学四年级数学上册第二单元测试卷（附答案）</w:t>
      </w:r>
    </w:p>
    <w:p>
      <w:pPr>
        <w:pStyle w:val="Heading1"/>
      </w:pPr>
      <w:r>
        <w:t>考试说明</w:t>
      </w:r>
    </w:p>
    <w:p>
      <w:r>
        <w:t>考试时间：60分钟  满分：100分  考查内容：公顷和平方千米、角的度量。姓名____ 班级____ 得分____</w:t>
      </w:r>
    </w:p>
    <w:p>
      <w:pPr>
        <w:pStyle w:val="Heading2"/>
      </w:pPr>
      <w:r>
        <w:t>一、填空题（每空2分，共30分）</w:t>
      </w:r>
    </w:p>
    <w:p>
      <w:r>
        <w:t>1. 边长是（    ）米的正方形土地，面积是1公顷；1公顷=（    ）平方米。</w:t>
      </w:r>
    </w:p>
    <w:p>
      <w:r>
        <w:t>2. 边长是1千米的正方形土地，面积是1（    ）；1平方千米=（    ）公顷=（    ）平方米。</w:t>
      </w:r>
    </w:p>
    <w:p>
      <w:r>
        <w:t>3. 测量土地面积时，常用（    ）和（    ）作单位。</w:t>
      </w:r>
    </w:p>
    <w:p>
      <w:r>
        <w:t>4. 3平方千米=（    ）公顷；50000平方米=（    ）公顷；8000公顷=（    ）平方千米。</w:t>
      </w:r>
    </w:p>
    <w:p>
      <w:r>
        <w:t>5. 从一点引出两条（    ）所组成的图形叫做角；这个点是角的（    ），两条射线是角的边。</w:t>
      </w:r>
    </w:p>
    <w:p>
      <w:r>
        <w:t>6. 角的大小与角两边画出的长短（    ），与两边叉开的大小（    ）。</w:t>
      </w:r>
    </w:p>
    <w:p>
      <w:r>
        <w:t>7. 1周角=（    ）平角=（    ）直角。</w:t>
      </w:r>
    </w:p>
    <w:p>
      <w:pPr>
        <w:pStyle w:val="Heading2"/>
      </w:pPr>
      <w:r>
        <w:t>二、在括号里填上合适的单位（每空2分，共12分）</w:t>
      </w:r>
    </w:p>
    <w:p>
      <w:r>
        <w:t>8. 天安门广场的面积约是44（    ）。9. 我国领土面积约是960万（    ）。</w:t>
      </w:r>
    </w:p>
    <w:p>
      <w:r>
        <w:t>10. 教室地面的面积约是50（    ）。11. 一张邮票的面积约是6（    ）。</w:t>
      </w:r>
    </w:p>
    <w:p>
      <w:r>
        <w:t>12. 一个篮球场的面积约是420（    ）。13. 校园的占地面积约是2（    ）。</w:t>
      </w:r>
    </w:p>
    <w:p>
      <w:pPr>
        <w:pStyle w:val="Heading2"/>
      </w:pPr>
      <w:r>
        <w:t>三、判断题（对的打√，错的打×，每题2分，共10分）</w:t>
      </w:r>
    </w:p>
    <w:p>
      <w:r>
        <w:t>14. 1平方千米比1千米大。（  ）</w:t>
      </w:r>
    </w:p>
    <w:p>
      <w:r>
        <w:t>15. 用放大镜看一个30°的角，角就变大了。（  ）</w:t>
      </w:r>
    </w:p>
    <w:p>
      <w:r>
        <w:t>16. 平角就是一条直线。（  ）</w:t>
      </w:r>
    </w:p>
    <w:p>
      <w:r>
        <w:t>17. 边长100米的正方形面积是1公顷。（  ）</w:t>
      </w:r>
    </w:p>
    <w:p>
      <w:r>
        <w:t>18. 大于90°的角叫做钝角。（  ）</w:t>
      </w:r>
    </w:p>
    <w:p>
      <w:pPr>
        <w:pStyle w:val="Heading2"/>
      </w:pPr>
      <w:r>
        <w:t>四、选择题（每题3分，共12分）</w:t>
      </w:r>
    </w:p>
    <w:p>
      <w:r>
        <w:t>19. 下面各角中，（  ）是钝角。 A.89°  B.90°  C.105°  D.180°</w:t>
      </w:r>
    </w:p>
    <w:p>
      <w:r>
        <w:t>20. 把一个平角分成两个角，其中一个是钝角，另一个一定是（  ）。 A.锐角  B.直角  C.钝角  D.平角</w:t>
      </w:r>
    </w:p>
    <w:p>
      <w:r>
        <w:t>21. 北京故宫占地面积约72（  ）。 A.平方米  B.公顷  C.平方千米  D.千米</w:t>
      </w:r>
    </w:p>
    <w:p>
      <w:r>
        <w:t>22. 钟面上3时整，时针和分针所成的角是（  ）。 A.锐角  B.直角  C.钝角  D.平角</w:t>
      </w:r>
    </w:p>
    <w:p>
      <w:pPr>
        <w:pStyle w:val="Heading2"/>
      </w:pPr>
      <w:r>
        <w:t>五、操作题（共16分）</w:t>
      </w:r>
    </w:p>
    <w:p>
      <w:r>
        <w:t>23.（8分）用量角器分别画出60°、120°的角。24.（8分）量出下面各角的度数，并判断是什么角。</w:t>
      </w:r>
    </w:p>
    <w:p>
      <w:pPr>
        <w:pStyle w:val="Heading2"/>
      </w:pPr>
      <w:r>
        <w:t>六、解决问题（每题5分，共20分）</w:t>
      </w:r>
    </w:p>
    <w:p>
      <w:r>
        <w:t>25. 一块长方形稻田，长500米，宽200米。这块稻田的面积是多少公顷？</w:t>
      </w:r>
    </w:p>
    <w:p>
      <w:r>
        <w:t>26. 一个正方形果园，周长是1200米。这个果园的占地面积是多少平方米？合多少公顷？</w:t>
      </w:r>
    </w:p>
    <w:p>
      <w:r>
        <w:t>27. 一块长方形林地，长4千米，宽3千米。这块林地的面积是多少平方千米？合多少公顷？</w:t>
      </w:r>
    </w:p>
    <w:p>
      <w:r>
        <w:t>28. 用量角器量得一个角是35°，它比直角小多少度？比平角小多少度？</w:t>
      </w:r>
    </w:p>
    <w:p>
      <w:pPr>
        <w:pStyle w:val="Heading2"/>
      </w:pPr>
      <w:r>
        <w:t>参考答案</w:t>
      </w:r>
    </w:p>
    <w:p>
      <w:r>
        <w:t>一、1.100；10000  2.平方千米；100；1000000  3.公顷；平方千米  4.300；5；80  5.射线；顶点  6.无关；有关  7.2；4</w:t>
      </w:r>
    </w:p>
    <w:p>
      <w:r>
        <w:t>二、8.公顷 9.平方千米 10.平方米 11.平方厘米 12.平方米 13.公顷</w:t>
      </w:r>
    </w:p>
    <w:p>
      <w:r>
        <w:t>三、14.× 15.× 16.× 17.√ 18.×</w:t>
      </w:r>
    </w:p>
    <w:p>
      <w:r>
        <w:t>四、19.C 20.A 21.B 22.B</w:t>
      </w:r>
    </w:p>
    <w:p>
      <w:r>
        <w:t>六、25.500×200=100000平方米=10公顷。 26.边长=1200÷4=300米，面积=300×300=90000平方米=9公顷。 27.4×3=12平方千米=1200公顷。 28.比直角小90-35=55°；比平角小180-35=145°。</w:t>
      </w:r>
    </w:p>
    <w:p>
      <w:pPr>
        <w:pStyle w:val="Heading2"/>
      </w:pPr>
      <w:r>
        <w:t>七、思考题（附加10分）</w:t>
      </w:r>
    </w:p>
    <w:p>
      <w:r>
        <w:t>29.（5分）一块长方形菜地，长增加5米，面积就增加40平方米；宽增加3米，面积就增加60平方米。原来这块菜地的面积是多少平方米？</w:t>
      </w:r>
    </w:p>
    <w:p>
      <w:r>
        <w:t>30.（5分）一个长方形，如果长减少4厘米就成为一个正方形，面积减少24平方厘米。原来长方形的面积是多少平方厘米？</w:t>
      </w:r>
    </w:p>
    <w:p>
      <w:pPr>
        <w:pStyle w:val="Heading2"/>
      </w:pPr>
      <w:r>
        <w:t>思考题参考答案</w:t>
      </w:r>
    </w:p>
    <w:p>
      <w:r>
        <w:t>29. 由“长增加5米，面积增加40平方米”可知宽=40÷5=8米；由“宽增加3米，面积增加60平方米”可知长=60÷3=20米；原来面积=20×8=160平方米。</w:t>
      </w:r>
    </w:p>
    <w:p>
      <w:r>
        <w:t>30. 长减少4厘米变成正方形，说明宽=长-4。减少的部分是一个长为原宽、宽为4厘米的长方形，面积24平方厘米，所以宽=24÷4=6厘米；原长=6+4=10厘米；原面积=10×6=60平方厘米。</w:t>
      </w:r>
    </w:p>
    <w:p>
      <w:pPr>
        <w:pStyle w:val="Heading2"/>
      </w:pPr>
      <w:r>
        <w:t>给家长的辅导建议</w:t>
      </w:r>
    </w:p>
    <w:p>
      <w:r>
        <w:t>四年级是小学数学从“计算”向“几何与应用”过渡的关键期。本单元重点是面积单位换算和角的度量，建议家长：一是让孩子在家里找一找1平方厘米、1平方分米、1平方米大约有多大，建立直观表象；二是公顷和平方千米这两个大单位，可结合小区、校园、城市地图来理解；三是用量角器多画多量，熟记锐角、直角、钝角、平角、周角的度数范围。每天坚持10分钟口算和5道应用题，进步会很明显。</w:t>
      </w:r>
    </w:p>
    <w:p>
      <w:pPr>
        <w:pStyle w:val="Heading2"/>
      </w:pPr>
      <w:r>
        <w:t>八、易错点梳理</w:t>
      </w:r>
    </w:p>
    <w:p>
      <w:r>
        <w:t>本单元学生最容易出错的地方有四处：一是单位换算混淆，尤其是公顷与平方千米之间的进率是100而不是10；二是把面积单位和长度单位搞混，做题时不看括号里的单位；三是数角的个数时重复或遗漏，数角要按顺序，从第一条边开始依次数；四是用量角器时内圈外圈读数不分，关键看角的另一边对齐的是内圈还是外圈刻度。建议考前把这四个易错点专门练一遍。</w:t>
      </w:r>
    </w:p>
    <w:p>
      <w:pPr>
        <w:pStyle w:val="Heading2"/>
      </w:pPr>
      <w:r>
        <w:t>八、结语</w:t>
      </w:r>
    </w:p>
    <w:p>
      <w:r>
        <w:t>数学来源于生活，也应用于生活。希望同学们通过这份试卷，查漏补缺，把公顷、平方千米和角的度量真正学懂弄通，为后续学习打下坚实基础。家长可结合家里的住房面积、小区面积帮助孩子巩固大单位概念。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