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元旦晚会主持人演讲稿串词大全</w:t>
      </w:r>
    </w:p>
    <w:p>
      <w:pPr>
        <w:pStyle w:val="Heading1"/>
      </w:pPr>
      <w:r>
        <w:t>一、开场主持词</w:t>
      </w:r>
    </w:p>
    <w:p>
      <w:r>
        <w:t>甲：尊敬的各位领导、各位老师！乙：亲爱的同学们、朋友们！合：大家晚上好！</w:t>
      </w:r>
    </w:p>
    <w:p>
      <w:r>
        <w:t>甲：伴随着冬日里温暖的阳光，满怀着喜悦的心情，2027年元旦如约而至。乙：在这辞旧迎新的美好时刻，我们欢聚一堂，共同分享这一份快乐，共同迎接崭新的一年。</w:t>
      </w:r>
    </w:p>
    <w:p>
      <w:r>
        <w:t>甲：回首往事，我们豪情满怀；展望未来，我们斗志昂扬。乙：今天，让我们用歌声唱出心中的喜悦，用舞蹈跳出青春的风采。</w:t>
      </w:r>
    </w:p>
    <w:p>
      <w:r>
        <w:t>甲：现在我宣布——合：“迎新年·向未来”元旦文艺晚会现在开始！</w:t>
      </w:r>
    </w:p>
    <w:p>
      <w:pPr>
        <w:pStyle w:val="Heading2"/>
      </w:pPr>
      <w:r>
        <w:t>二、开场白补充（适合企业年会版）</w:t>
      </w:r>
    </w:p>
    <w:p>
      <w:r>
        <w:t>甲：岁月不居，天道酬勤。在过去的一年里，我们携手并肩，用汗水浇灌收获。乙：辞旧岁功臣无悔，迎未来壮志凌云。今晚，让我们卸下一年的疲惫，共同庆祝属于我们自己的节日！</w:t>
      </w:r>
    </w:p>
    <w:p>
      <w:pPr>
        <w:pStyle w:val="Heading2"/>
      </w:pPr>
      <w:r>
        <w:t>三、节目串联词（示例）</w:t>
      </w:r>
    </w:p>
    <w:p>
      <w:r>
        <w:t>1. 第一个节目是充满活力的舞蹈《欢乐中国年》，火红的舞蹈跳起来，喜庆的歌儿唱起来，请欣赏！</w:t>
      </w:r>
    </w:p>
    <w:p>
      <w:r>
        <w:t>2. 优美的舞蹈让我们感受到了浓浓的年味。接下来，请听××同学带来的歌曲《夜空中最亮的星》，在这个特别的夜晚，愿我们都能找到属于自己的那颗星。</w:t>
      </w:r>
    </w:p>
    <w:p>
      <w:r>
        <w:t>3. 歌声悠扬，唱出了我们对未来的憧憬。下面这个小品《办公室的故事》，取材于我们身边，相信大家一定会会心一笑，请欣赏！</w:t>
      </w:r>
    </w:p>
    <w:p>
      <w:r>
        <w:t>4. 欢声笑语中，我们看到了生活的影子。接下来是一个神秘环节——抽奖！看看哪位幸运儿会被幸运之神眷顾。</w:t>
      </w:r>
    </w:p>
    <w:p>
      <w:r>
        <w:t>5. 激动人心的抽奖过后，让我们静下心来，欣赏一段意境悠远的诗朗诵《新年，你好》。</w:t>
      </w:r>
    </w:p>
    <w:p>
      <w:r>
        <w:t>6. 一字一句，都是对新年的祝福。最后，请大家用最热烈的掌声，欢迎××部门带来的大合唱《明天会更好》！</w:t>
      </w:r>
    </w:p>
    <w:p>
      <w:pPr>
        <w:pStyle w:val="Heading2"/>
      </w:pPr>
      <w:r>
        <w:t>四、互动游戏串词</w:t>
      </w:r>
    </w:p>
    <w:p>
      <w:r>
        <w:t>甲：看了这么多精彩节目，大家是不是也想活动一下？乙：没错！接下来我们进入互动游戏环节。规则很简单……获胜的朋友还有精美礼品哦，大家踊跃参与！</w:t>
      </w:r>
    </w:p>
    <w:p>
      <w:pPr>
        <w:pStyle w:val="Heading2"/>
      </w:pPr>
      <w:r>
        <w:t>五、结束语</w:t>
      </w:r>
    </w:p>
    <w:p>
      <w:r>
        <w:t>甲：美好的时光总是短暂，欢聚的时刻却让人难忘。乙：愿今晚的歌声成为我们共同的记忆，愿今晚的欢笑伴我们走向新的征程。</w:t>
      </w:r>
    </w:p>
    <w:p>
      <w:r>
        <w:t>甲：新年的钟声即将敲响，让我们把祝福化作前行的动力。乙：感谢各位领导、各位来宾的光临，感谢所有演职人员的辛勤付出！</w:t>
      </w:r>
    </w:p>
    <w:p>
      <w:r>
        <w:t>甲：朋友们，合：元旦晚会到此结束！祝大家新年快乐，万事如意！我们——明年再见！</w:t>
      </w:r>
    </w:p>
    <w:p>
      <w:pPr>
        <w:pStyle w:val="Heading2"/>
      </w:pPr>
      <w:r>
        <w:t>六、主持人注意事项</w:t>
      </w:r>
    </w:p>
    <w:p>
      <w:r>
        <w:t>1. 提前熟悉串词和节目单，与灯光音响、道具组密切配合；2. 语速适中，吐字清晰，注意与观众眼神交流；3. 准备应急话术，节目延时或空场时灵活救场；4. 服装得体，站姿端正，精神饱满；5. 结尾感谢要具体、真诚。</w:t>
      </w:r>
    </w:p>
    <w:p>
      <w:pPr>
        <w:pStyle w:val="Heading2"/>
      </w:pPr>
      <w:r>
        <w:t>七、双人主持分工与配合</w:t>
      </w:r>
    </w:p>
    <w:p>
      <w:r>
        <w:t>双人主持讲究一唱一和、互相补台。一般甲负责推进流程、报幕和串场，乙负责互动、调侃和活跃气氛。两人要提前对好台词卡，谁接哪一句要心里有数；上场前互相提醒服装、话筒和站位。遇到现场突发情况，比如话筒突然没声、节目延时，主持人要立刻救场：可以即兴加一段互动问答，或者说“看来大家的热情把话筒都感动得说不出话了”，用幽默化解尴尬，千万不要冷场、不要慌。</w:t>
      </w:r>
    </w:p>
    <w:p>
      <w:pPr>
        <w:pStyle w:val="Heading2"/>
      </w:pPr>
      <w:r>
        <w:t>八、不同场合的主持词调整</w:t>
      </w:r>
    </w:p>
    <w:p>
      <w:r>
        <w:t>学校元旦晚会，串词要青春活泼，多引用同学们熟悉的校园生活和网络热词；企业年会，要回顾一年成绩、感谢员工、展望来年，串词要大气稳重；社区或单位离退休老同志的联欢会，语速要放慢，用词要亲切温暖，节目多安排戏曲、合唱等长辈喜欢的内容。无论哪种场合，都要提前了解观众构成，把话说到大家心坎里。</w:t>
      </w:r>
    </w:p>
    <w:p>
      <w:pPr>
        <w:pStyle w:val="Heading2"/>
      </w:pPr>
      <w:r>
        <w:t>九、主持词写作模板</w:t>
      </w:r>
    </w:p>
    <w:p>
      <w:r>
        <w:t>写串词可以套用“上一个节目回顾一句话+下一个节目引出+报幕”的三段式结构。例如：“刚才的舞蹈真是让人意犹未尽！而在我们身边，总有一些人默默奉献，他们就是可亲可敬的老师/同事。接下来，请欣赏诗朗诵《感恩》。”这样既承接上文，又自然引出下文，不显生硬。</w:t>
      </w:r>
    </w:p>
    <w:p>
      <w:pPr>
        <w:pStyle w:val="Heading2"/>
      </w:pPr>
      <w:r>
        <w:t>十、应急备用金句</w:t>
      </w:r>
    </w:p>
    <w:p>
      <w:r>
        <w:t>准备几句万能过渡：“精彩的节目离不开台下默默付出的人，让我们把掌声送给他们！”“欢乐的时光总是过得飞快，但我们的祝福才刚刚开始。”“接下来是激动人心的抽奖环节，请大家屏住呼吸！”把这些金句记熟，场上就有底气。最后预祝晚会圆满成功，主持人务必提前走台、对光、试音，做到万无一失。</w:t>
      </w:r>
    </w:p>
    <w:p>
      <w:pPr>
        <w:pStyle w:val="Heading2"/>
      </w:pPr>
      <w:r>
        <w:t>十一、主持词时间安排建议</w:t>
      </w:r>
    </w:p>
    <w:p>
      <w:r>
        <w:t>一场晚会一般90到120分钟，主持词不宜过长。每个节目之间的串词控制在30秒到1分钟，全场主持词总时长不超过10分钟。开场3分钟定调，中间靠节目和抽奖带动气氛，结尾2分钟升华。主持人要学会“留白”，把舞台还给节目，不要抢戏。遇到冷场可以抛互动话题，比如“大家说刚才的节目精不精彩？掌声在哪里？”调动现场情绪。</w:t>
      </w:r>
    </w:p>
    <w:p>
      <w:pPr>
        <w:pStyle w:val="Heading2"/>
      </w:pPr>
      <w:r>
        <w:t>十二、给主持人的肺腑之言</w:t>
      </w:r>
    </w:p>
    <w:p>
      <w:r>
        <w:t>好的主持人不是背稿机器，而是晚会的“导演”和气氛的“掌舵人”。提前一周拿到节目单后，要逐一了解每个节目的内容和亮点，串词才能写得贴切；演出前一天务必走台试音。心态上要放松，把观众当成朋友，用聊天的语气主持，反而更自然。预祝每一位主持人都能在舞台上从容自信、光彩照人！</w:t>
      </w:r>
    </w:p>
    <w:p>
      <w:pPr>
        <w:pStyle w:val="Heading2"/>
      </w:pPr>
      <w:r>
        <w:t>十三、结语</w:t>
      </w:r>
    </w:p>
    <w:p>
      <w:r>
        <w:t>一台成功的晚会，离不开台前幕后每一个人的努力。主持人作为串场者，既要掌控节奏，又要甘当配角。希望这份串词大全能助您一臂之力，祝晚会圆满成功，祝大家在新的一年里身体健康、工作顺利、阖家幸福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