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员工辞职申请书（标准版离职报告范文）</w:t>
      </w:r>
    </w:p>
    <w:p>
      <w:pPr>
        <w:pStyle w:val="Heading1"/>
      </w:pPr>
      <w:r>
        <w:t>辞职申请书（范文一：标准版）</w:t>
      </w:r>
    </w:p>
    <w:p>
      <w:r>
        <w:rPr>
          <w:sz w:val="22"/>
        </w:rPr>
        <w:t>尊敬的公司领导：</w:t>
      </w:r>
    </w:p>
    <w:p>
      <w:r>
        <w:rPr>
          <w:sz w:val="22"/>
        </w:rPr>
        <w:t>您好！</w:t>
      </w:r>
    </w:p>
    <w:p>
      <w:r>
        <w:rPr>
          <w:sz w:val="22"/>
        </w:rPr>
        <w:t>首先，感谢公司三个月来对我的信任和关照。我怀着十分复杂的心情写下这份辞职申请。由于个人职业规划和家庭原因，经过慎重考虑，我不得不向公司提出辞职申请，并希望能于2026年X月X日正式离职。</w:t>
      </w:r>
    </w:p>
    <w:p>
      <w:r>
        <w:rPr>
          <w:sz w:val="22"/>
        </w:rPr>
        <w:t>在公司工作的这段时间里，我收获了很多，也学到了很多。领导对我的悉心栽培，同事对我的热心帮助，都让我深受感动。公司融洽的工作氛围、规范的管理制度、积极向上的企业文化，都给我留下了深刻的印象。我为自己曾经是这个团队的一员而感到骄傲。</w:t>
      </w:r>
    </w:p>
    <w:p>
      <w:r>
        <w:rPr>
          <w:sz w:val="22"/>
        </w:rPr>
        <w:t>这段时间，我认真回顾了在公司的工作经历，感到来公司工作是我的幸运。我一直非常珍惜这份工作，也深知离职对公司和我自己都不是一件好事。但是，由于个人发展方向与公司目前的岗位安排出现了偏差，我不得不做出这个艰难的决定。</w:t>
      </w:r>
    </w:p>
    <w:p>
      <w:r>
        <w:rPr>
          <w:sz w:val="22"/>
        </w:rPr>
        <w:t>对于由此为公司造成的不便，我深感抱歉。同时也希望公司能体谅我的个人实际情况，对我的申请予以考虑并批准。在离开公司之前，我一定会认认真真、善始善终地做好手头的每一项工作，把手头的项目交接清楚，绝不因为我的离职影响公司的正常运转。</w:t>
      </w:r>
    </w:p>
    <w:p>
      <w:r>
        <w:rPr>
          <w:sz w:val="22"/>
        </w:rPr>
        <w:t>我希望能在X月底前完成工作交接，具体交接事宜我会按照公司规定认真办理。再次感谢公司领导和同事们一直以来对我的关心和帮助。祝愿公司未来事业蒸蒸日上、越办越好！祝愿各位领导和同事工作顺利、身体健康！</w:t>
      </w:r>
    </w:p>
    <w:p>
      <w:r>
        <w:rPr>
          <w:b/>
          <w:sz w:val="22"/>
        </w:rPr>
        <w:t>此致</w:t>
      </w:r>
    </w:p>
    <w:p>
      <w:r>
        <w:rPr>
          <w:b/>
          <w:sz w:val="22"/>
        </w:rPr>
        <w:t>敬礼！</w:t>
      </w:r>
    </w:p>
    <w:p>
      <w:r>
        <w:rPr>
          <w:b/>
          <w:sz w:val="22"/>
        </w:rPr>
        <w:t>申请人：XXX</w:t>
      </w:r>
    </w:p>
    <w:p>
      <w:r>
        <w:rPr>
          <w:b/>
          <w:sz w:val="22"/>
        </w:rPr>
        <w:t>2026年X月X日</w:t>
      </w:r>
    </w:p>
    <w:p>
      <w:pPr>
        <w:pStyle w:val="Heading1"/>
      </w:pPr>
      <w:r>
        <w:t>辞职申请书（范文二：因职业发展）</w:t>
      </w:r>
    </w:p>
    <w:p>
      <w:r>
        <w:rPr>
          <w:sz w:val="22"/>
        </w:rPr>
        <w:t>尊敬的领导：</w:t>
      </w:r>
    </w:p>
    <w:p>
      <w:r>
        <w:rPr>
          <w:sz w:val="22"/>
        </w:rPr>
        <w:t>您好！我是XXX，现就职于公司XX部门XX岗位。经过深思熟虑，我决定向公司提出正式辞职申请。</w:t>
      </w:r>
    </w:p>
    <w:p>
      <w:r>
        <w:rPr>
          <w:sz w:val="22"/>
        </w:rPr>
        <w:t>在公司工作的X年时间里，我从一个刚入行的新人，逐步成长为能够独立承担项目的业务骨干。这期间离不开领导的悉心指导和同事们的无私帮助。公司为我提供了良好的发展平台和成长空间，我由衷地感谢每一位帮助过我的人。</w:t>
      </w:r>
    </w:p>
    <w:p>
      <w:r>
        <w:rPr>
          <w:sz w:val="22"/>
        </w:rPr>
        <w:t>离职的原因，主要是我希望能够在职业发展道路上有新的突破和尝试。经过慎重考虑，我决定前往XX行业继续深造和发展。虽然这个决定让我十分不舍，但我认为趁年轻应该多去闯一闯、多去经历不同的岗位和行业，这样才能更好地认清自己、提升自己。</w:t>
      </w:r>
    </w:p>
    <w:p>
      <w:r>
        <w:rPr>
          <w:sz w:val="22"/>
        </w:rPr>
        <w:t>我计划于X月X日正式离职，在此之前，我将完成手头所有工作的梳理和交接，确保工作的连续性。手头正在进行的XX项目，我会整理好完整的文档资料，交接给指定的接手同事，并配合做好答疑工作。</w:t>
      </w:r>
    </w:p>
    <w:p>
      <w:r>
        <w:rPr>
          <w:sz w:val="22"/>
        </w:rPr>
        <w:t>离开公司后，我依然会关注公司的发展动态，为公司每一点进步感到高兴。希望我们未来还有合作的机会。再次感谢公司的培养！</w:t>
      </w:r>
    </w:p>
    <w:p>
      <w:r>
        <w:rPr>
          <w:b/>
          <w:sz w:val="22"/>
        </w:rPr>
        <w:t>申请人：XXX</w:t>
      </w:r>
    </w:p>
    <w:p>
      <w:r>
        <w:rPr>
          <w:b/>
          <w:sz w:val="22"/>
        </w:rPr>
        <w:t>2026年X月X日</w:t>
      </w:r>
    </w:p>
    <w:p>
      <w:pPr>
        <w:pStyle w:val="Heading1"/>
      </w:pPr>
      <w:r>
        <w:t>辞职申请书写作注意事项</w:t>
      </w:r>
    </w:p>
    <w:p>
      <w:r>
        <w:rPr>
          <w:sz w:val="22"/>
        </w:rPr>
        <w:t>1. 态度要诚恳，语气要平和。离职信不是发泄不满的地方，即使对公司有意见，也不要在信中指责抱怨。2. 理由要恰当，说得过去即可。常见的正当理由包括：家庭原因、异地发展、继续深造、职业转型、身体原因等。3. 提前30天提交。按照《劳动合同法》规定，正式员工提前30天以书面形式通知用人单位，可以解除劳动合同。4. 写清预计离职日期，方便公司安排交接。5. 表达感谢之情。好聚好散，行业圈子很小，不要把路走死。6. 用A4纸打印或亲笔书写，签名手写。7. 篇幅控制在500到800字即可，不必长篇大论。8. 提交前最好先和直接领导口头沟通一下，再递交书面申请，显得尊重。</w:t>
      </w:r>
    </w:p>
    <w:p>
      <w:pPr>
        <w:pStyle w:val="Heading1"/>
      </w:pPr>
      <w:r>
        <w:t>辞职申请书（范文三：因家庭原因）</w:t>
      </w:r>
    </w:p>
    <w:p>
      <w:r>
        <w:rPr>
          <w:sz w:val="22"/>
        </w:rPr>
        <w:t>尊敬的公司领导：</w:t>
      </w:r>
    </w:p>
    <w:p>
      <w:r>
        <w:rPr>
          <w:sz w:val="22"/>
        </w:rPr>
        <w:t>您好！因家庭实际困难，经过慎重考虑，我不得不向公司正式提出辞职申请。</w:t>
      </w:r>
    </w:p>
    <w:p>
      <w:r>
        <w:rPr>
          <w:sz w:val="22"/>
        </w:rPr>
        <w:t>我是2023年入职公司的，到现在已经三年多了。三年多来，公司给了我很多成长的机会，领导对我悉心培养，同事们对我热情帮助，我从一个刚入行的新人，成长为部门能够独当一面的业务骨干。这一切，我都铭记在心。</w:t>
      </w:r>
    </w:p>
    <w:p>
      <w:r>
        <w:rPr>
          <w:sz w:val="22"/>
        </w:rPr>
        <w:t>这次辞职，确实是迫不得已。家里老人年事已高，身体每况愈下，最近住院两次，身边离不开人照顾；孩子刚上小学，正是需要家长陪伴辅导的时候。我和爱人长期两地分居，家庭的重担几乎全压在爱人一个人身上。再这样下去，既照顾不好家庭，也干不好工作，对公司、对家庭都是不负责任的。</w:t>
      </w:r>
    </w:p>
    <w:p>
      <w:r>
        <w:rPr>
          <w:sz w:val="22"/>
        </w:rPr>
        <w:t>思来想去，我决定先回老家一段时间，把老人身体调理好，把孩子学习辅导起来，等家庭稳定了再出来打拼。我知道这个时候提辞职，手头项目正处在关键节点，确实给公司出了难题，我心里非常过意不去。但请领导放心，我会站好最后一班岗，把手头工作一项一项梳理清楚，整理好完整的交接文档，尽最大努力把交接工作做扎实，不让公司的工作因为我的离开受到影响。</w:t>
      </w:r>
    </w:p>
    <w:p>
      <w:r>
        <w:rPr>
          <w:sz w:val="22"/>
        </w:rPr>
        <w:t>我计划于X月X日正式离职，在此期间随时配合公司安排的交接工作。再次感谢公司三年多来的培养，感谢领导和同事们的照顾。无论走到哪里，我都以曾经在这家公司工作过为荣。祝公司越办越好，祝各位领导和同事工作顺利、身体健康！</w:t>
      </w:r>
    </w:p>
    <w:p>
      <w:r>
        <w:rPr>
          <w:b/>
          <w:sz w:val="22"/>
        </w:rPr>
        <w:t>申请人：XXX</w:t>
      </w:r>
    </w:p>
    <w:p>
      <w:r>
        <w:rPr>
          <w:b/>
          <w:sz w:val="22"/>
        </w:rPr>
        <w:t>2026年X月X日</w:t>
      </w:r>
    </w:p>
    <w:p>
      <w:pPr>
        <w:pStyle w:val="Heading1"/>
      </w:pPr>
      <w:r>
        <w:t>离职申请书常见误区提醒</w:t>
      </w:r>
    </w:p>
    <w:p>
      <w:r>
        <w:rPr>
          <w:sz w:val="22"/>
        </w:rPr>
        <w:t>第一个误区：写辞职信时大肆批评公司或领导。很多人离职时憋了一肚子气，想在辞职信里发泄出来。这是最不明智的做法。职场圈子很小，今天你写下的牢骚，明天可能就传到同行耳朵里，影响你以后的职业发展。好聚好散才是聪明人做法。第二个误区：不辞而别。有的人跟领导吵了一架，第二天就不来了，工作也不交接。这种做法不仅不符合法律规定，还可能给后续社保转移、背调带来麻烦。第三个误区：辞职信写得太长太煽情。几百字把事情说清楚就行，不必写成万言书。第四个误区：口头说了就算。按照法律规定，解除劳动合同必须采用书面形式，口头辞职无效。一定要提交书面辞职信，并保留好提交证据，比如邮件发送记录、微信聊天记录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