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员工转正申请书（试用期转正范文）</w:t>
      </w:r>
    </w:p>
    <w:p>
      <w:pPr>
        <w:pStyle w:val="Heading1"/>
      </w:pPr>
      <w:r>
        <w:t>一、转正申请书的作用与格式</w:t>
      </w:r>
    </w:p>
    <w:p>
      <w:r>
        <w:t>转正申请书是员工在试用期届满前，向用人单位提出转正请求的正式文书。写好转正申请书，既能梳理试用期工作成绩，也是展示职业态度、给主管留下好印象的重要机会。格式上一般包括标题、称谓、正文、结尾、署名日期五部分。</w:t>
      </w:r>
    </w:p>
    <w:p>
      <w:r>
        <w:t>称谓写“尊敬的公司领导/人力资源部”，正文应写明入职时间、试用期岗位、试用期内的工作表现与学习收获、自我评价以及转正后的工作规划，态度要诚恳，用事实和数据说话，避免空泛表决心。</w:t>
      </w:r>
    </w:p>
    <w:p>
      <w:pPr>
        <w:pStyle w:val="Heading2"/>
      </w:pPr>
      <w:r>
        <w:t>二、范文正文</w:t>
      </w:r>
    </w:p>
    <w:p>
      <w:r>
        <w:t>尊敬的公司领导：</w:t>
      </w:r>
    </w:p>
    <w:p>
      <w:r>
        <w:t>我于××××年××月××日进入公司，担任××部门××岗位一职，至今试用期已满三个月。根据公司规章制度，现申请转为正式员工，恳请领导予以批准。</w:t>
      </w:r>
    </w:p>
    <w:p>
      <w:pPr>
        <w:pStyle w:val="Heading2"/>
      </w:pPr>
      <w:r>
        <w:t>三、试用期工作回顾</w:t>
      </w:r>
    </w:p>
    <w:p>
      <w:r>
        <w:t>入职以来，在领导的悉心指导和同事的热情帮助下，我较快地熟悉了公司的企业文化、规章制度和业务流程，顺利完成了从一名职场新人到岗位胜任者的转变。主要工作收获如下：</w:t>
      </w:r>
    </w:p>
    <w:p>
      <w:r>
        <w:t>一是快速融入团队。我主动了解部门分工和协作方式，积极参加部门例会和业务培训，与同事建立了良好的工作关系，能够独立对接日常事务。</w:t>
      </w:r>
    </w:p>
    <w:p>
      <w:r>
        <w:t>二是扎实完成本职工作。试用期内，我先后参与完成了××项目的资料整理、××客户的对接跟进、××报表的月度汇总等工作，累计处理各类工单××余件，差错率控制在××以内，做到了按时交付、保质保量。</w:t>
      </w:r>
    </w:p>
    <w:p>
      <w:r>
        <w:t>三是持续学习提升。我利用业余时间学习了岗位相关的业务知识和办公技能，考取了××证书/通过了××培训，并把所学运用到实际工作中，工作效率有明显提升。</w:t>
      </w:r>
    </w:p>
    <w:p>
      <w:pPr>
        <w:pStyle w:val="Heading2"/>
      </w:pPr>
      <w:r>
        <w:t>四、自我评价与不足</w:t>
      </w:r>
    </w:p>
    <w:p>
      <w:r>
        <w:t>回顾三个月，我认为自己工作态度端正、责任心强、能够服从安排，但也存在不足：一是对公司部分业务的理解还不够深入，处理复杂问题的经验有待积累；二是跨部门沟通的技巧还需进一步打磨。针对这些不足，我已经制定了改进计划，将在今后工作中不断完善。</w:t>
      </w:r>
    </w:p>
    <w:p>
      <w:pPr>
        <w:pStyle w:val="Heading2"/>
      </w:pPr>
      <w:r>
        <w:t>五、转正后的工作规划</w:t>
      </w:r>
    </w:p>
    <w:p>
      <w:r>
        <w:t>如果能够顺利转正，我将以更高的标准要求自己：第一，深耕业务，争取在××方面成为部门骨干；第二，主动承担更多任务，为团队和公司创造更大价值；第三，继续保持学习热情，与公司共同成长。我深知，转正不是终点，而是新的起点。</w:t>
      </w:r>
    </w:p>
    <w:p>
      <w:pPr>
        <w:pStyle w:val="Heading2"/>
      </w:pPr>
      <w:r>
        <w:t>六、常用结尾话术</w:t>
      </w:r>
    </w:p>
    <w:p>
      <w:r>
        <w:t>综上所述，我认为自己已经能够胜任本岗位工作，特申请转正。恳请领导审批。无论结果如何，我都会一如既往地认真工作。感谢公司给予的机会，感谢领导和同事们的帮助！</w:t>
      </w:r>
    </w:p>
    <w:p>
      <w:r>
        <w:t>此致</w:t>
      </w:r>
    </w:p>
    <w:p>
      <w:r>
        <w:t>敬礼！</w:t>
      </w:r>
    </w:p>
    <w:p>
      <w:r>
        <w:t>申请人：×××</w:t>
      </w:r>
    </w:p>
    <w:p>
      <w:r>
        <w:t>××××年××月××日</w:t>
      </w:r>
    </w:p>
    <w:p>
      <w:pPr>
        <w:pStyle w:val="Heading2"/>
      </w:pPr>
      <w:r>
        <w:t>七、写作小贴士</w:t>
      </w:r>
    </w:p>
    <w:p>
      <w:r>
        <w:t>1. 提前一周提交，留出审批时间；2. 用具体数据和事例支撑，不要只写“我很努力”；3. 语气谦逊但不卑微，展现自信；4. 检查错别字和格式，打印工整；5. 如公司有固定模板，按模板填写。</w:t>
      </w:r>
    </w:p>
    <w:p>
      <w:pPr>
        <w:pStyle w:val="Heading2"/>
      </w:pPr>
      <w:r>
        <w:t>八、不同岗位转正申请的侧重点</w:t>
      </w:r>
    </w:p>
    <w:p>
      <w:r>
        <w:t>销售岗位转正，要重点量化业绩，比如累计拜访客户数量、签约金额、回款率、新客户开发数，用数据说明自己已经能够独立扛指标；技术岗位转正，要写清参与了哪些项目、解决了哪些技术难题、代码或交付质量如何、是否通过评审；职能岗位（行政、人事、财务）转正，要突出流程熟悉程度、出错率、跨部门服务满意度和效率提升。无论哪个岗位，都要避免写成流水账，要提炼出“我为团队解决了什么问题”。</w:t>
      </w:r>
    </w:p>
    <w:p>
      <w:pPr>
        <w:pStyle w:val="Heading2"/>
      </w:pPr>
      <w:r>
        <w:t>九、试用期常见问题及应对</w:t>
      </w:r>
    </w:p>
    <w:p>
      <w:r>
        <w:t>一是业务不熟，应对办法是主动整理岗位SOP，把不懂的问题列成清单逐一请教；二是沟通不畅，应对办法是定期与直属主管一对一沟通，主动汇报进度和困难，不要等主管来问；三是融入慢，应对办法是积极参加团队活动，记住同事名字和分工，主动分担力所能及的事。转正申请中如能写清自己如何发现问题并改进，反而更能体现成长。</w:t>
      </w:r>
    </w:p>
    <w:p>
      <w:pPr>
        <w:pStyle w:val="Heading2"/>
      </w:pPr>
      <w:r>
        <w:t>十、给求职者的两点建议</w:t>
      </w:r>
    </w:p>
    <w:p>
      <w:r>
        <w:t>第一，试用期是双向选择，不要只想着“赶紧转正”，也要观察公司是否适合长期发展，文化、领导、成长空间都要一并考量。第二，转正不是一劳永逸，转正后更要保持学习状态，争取半年到一年后能独立承担更大任务，为下次晋升或调薪积累资本。写好转正书，是职业经理人的第一课。</w:t>
      </w:r>
    </w:p>
    <w:p>
      <w:pPr>
        <w:pStyle w:val="Heading2"/>
      </w:pPr>
      <w:r>
        <w:t>十一、转正申请书范文（简短版，供参考）</w:t>
      </w:r>
    </w:p>
    <w:p>
      <w:r>
        <w:t>尊敬的领导：我于××年××月入职，现试用期已满。三个月来，在团队帮助下我已熟练掌握本岗位工作，累计完成××任务零差错，并主动学习了××技能。我认可公司文化，希望能正式成为一员，继续为团队出力。特申请转正，请予批准。</w:t>
      </w:r>
    </w:p>
    <w:p>
      <w:pPr>
        <w:pStyle w:val="Heading2"/>
      </w:pPr>
      <w:r>
        <w:t>十二、转正后如何快速站稳脚跟</w:t>
      </w:r>
    </w:p>
    <w:p>
      <w:r>
        <w:t>转正后的头半年是“黄金成长期”。建议做到三点：一是把岗位流程吃透，形成自己的工作清单和检查标准，做到交办任务件件有回音；二是主动争取有挑战的任务，哪怕多加班也要把活干漂亮，用一两件硬成果建立口碑；三是定期与主管做绩效沟通，了解上级期待，及时调整方向。同时，注意维护同事关系，不背后议论、不揽功诿过，职场路才能走得长远。</w:t>
      </w:r>
    </w:p>
    <w:p>
      <w:pPr>
        <w:pStyle w:val="Heading2"/>
      </w:pPr>
      <w:r>
        <w:t>十三、结语</w:t>
      </w:r>
    </w:p>
    <w:p>
      <w:r>
        <w:t>一份真诚、有数据、有规划的转正申请书，既是对试用期的总结，也是职业形象的展示。祝愿每一位认真工作的朋友都能顺利转正、稳步晋升。</w:t>
      </w:r>
    </w:p>
    <w:p>
      <w:pPr>
        <w:pStyle w:val="Heading2"/>
      </w:pPr>
      <w:r>
        <w:t>十四、结语</w:t>
      </w:r>
    </w:p>
    <w:p>
      <w:r>
        <w:t>职场如逆水行舟，不进则退。希望每位读者都能通过一份得体的转正申请，顺利开启职业生涯的新篇章，并在岗位上持续学习、不断成长，与公司共同创造更大的价值。祝大家工作顺利、前程似锦！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